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NAJMU RUSZTOWANIA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najem rusztowania budowlanego (art. 659 i nast. Kodeksu cywilnego), z montażem i demontażem albo bez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Wynajmujący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reprezentacja, osoba kontaktowa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Najemca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reprezentacja, osoba kontaktowa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 najemcy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telefon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Przedmiot najmu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Rusztowanie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system, 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robocze / ochronne / systemowe (§ 1 pkt 6-8 rozp.)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Wysokość i powierzchnia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m, m² elewacji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Dopuszczalne obciążenie pomostów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kN/m², klasa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instrukcja producenta albo projekt indywidualny (§ 108)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Wykaz elementów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 § 9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Wariant najmu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A. najem elementów rusztowania; montaż, eksploatację i demontaż wykonuje najemca przez osoby z wymaganymi uprawnieniami (§ 109 rozp.)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B. najem z montażem i demontażem wykonywanym przez wynajmującego jako osobna usługa za cenę z § 5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nazwa, telefon (tablica, § 111 ust.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Uprawnienia montażystów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numery, ważne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Miejsce i okres najmu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najmu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od-do albo czas nieoznaczony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Wypowiedzenie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przy czasie nieoznaczonym (art. 673 KC)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Czynsz i płatności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czynsz: ........ zł netto za m² na miesiąc albo ryczałt ........ zł netto na miesiąc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minimalny okres rozliczeniowy: ........ dni; najem liczony od dnia wydania do dnia zwrotu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montaż: ........ zł netto; demontaż: ........ zł netto (wariant B); transport: ........ zł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termin płatności: z góry / na podstawie faktury w ........ dniach (bez terminu w umowie czynsz płaci się z góry, art. 669 § 2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6. Obowiązki wynajmującego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wydanie rusztowania w stanie przydatnym do umówionego użytku i utrzymanie go w takim stanie przez czas najmu (art. 662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dostarczenie instrukcji producenta albo projektu indywidualnego oraz danych na tablicę: wykonawca montażu, telefon, dopuszczalne obciążenia (§ 108, § 111 ust. 1 rozp.)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wymiana wadliwych elementów w ciągu ........ h od zawiadomienia (art. 663-664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7. Obowiązki najemcy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rusztowania w sposób określony w umowie i zgodny z przeznaczeniem; zmiany sprzeczne z umową tylko za zgodą wynajmującego (art. 666 § 1, art. 667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niezwłoczne zawiadomienie o potrzebie napraw obciążających wynajmującego (art. 666 § 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niedopuszczenie osób na pomosty przed odbiorem i podpisaniem protokołu (§ 110 ust. 1 rozp.)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materiałów na pomostach po zakończeniu pracy i zakaz zrzucania elementów przy demontażu (§ 124-125 rozp.)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przeglądy nie rzadziej niż raz w miesiącu oraz po silnym wietrze, opadach i przerwach dłuższych niż 10 dni; sprawdza kierownik budowy lub uprawniona osoba (§ 127 ust. 1 rozp.):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udostępnianie rusztowania innym firmom (podnajem lub bezpłatne używanie): dozwolone / zabronione (art. 668 § 1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8. Odbiór i zabezpieczenia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odbiór przez kierownika budowy lub uprawnioną osobę przed użytkowaniem; wpis w dzienniku budowy albo protokół odbioru technicznego (§ 110 ust. 1-2 rozp.)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 lub protokół: użytkownik, przeznaczenie, wykonawca montażu, dopuszczalne obciążenia, data przekazania, oporność uziomu, terminy przeglądów (§ 110 ust. 3 rozp.)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metalowe uziemione i z instalacją piorunochronną (§ 117 rozp.); składowa pozioma jednego zamocowania nie mniejsza niż 2,5 kN (§ 115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w obrębie ciągów komunikacyjnych: zgoda organów nadzorujących ciąg, daszki i siatki (§ 118-119 rozp.), jeżeli dotyczy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9. Wydanie i zwrot: wykaz elementów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861"/>
        <w:gridCol w:w="789"/>
        <w:gridCol w:w="1085"/>
        <w:gridCol w:w="1085"/>
        <w:gridCol w:w="1282"/>
        <w:gridCol w:w="1381"/>
        <w:gridCol w:w="1381"/>
      </w:tblGrid>
      <w:tr>
        <w:trPr>
          <w:cantSplit/>
        </w:trPr>
        <w:tc>
          <w:tcPr>
            <w:tcW w:type="dxa" w:w="286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Wydano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Zwrócono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Brak lub uszkodz.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Cena za brak zł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86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Ramy lub stojaki</w:t>
            </w:r>
          </w:p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Podesty lub pomosty</w:t>
            </w:r>
          </w:p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Poręcze, bortnice</w:t>
            </w:r>
          </w:p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Stężenia i łączniki</w:t>
            </w:r>
          </w:p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Kotwy</w:t>
            </w:r>
          </w:p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Piony komunikacyjne, schody</w:t>
            </w:r>
          </w:p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/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861"/>
          </w:tcPr>
          <w:p/>
        </w:tc>
        <w:tc>
          <w:tcPr>
            <w:tcW w:type="dxa" w:w="78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przy wydaniu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usterki znane najemcy (art. 664 § 3 KC)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przy zwrocie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uwagi, data protokołu zwrotu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10. Szkody i zwrot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zakończeniu najmu najemca zwraca rusztowanie w stanie niepogorszonym; nie odpowiada za zużycie będące następstwem prawidłowego używania (art. 675 § 1 KC). Domniemywa się, że rzecz była wydana w stanie dobrym i przydatnym do umówionego użytku (art. 675 § 3 KC), dlatego usterki przy wydaniu zapisz w § 9. Roszczenia wynajmującego o naprawienie szkody z powodu uszkodzenia lub pogorszenia rzeczy przedawniają się z upływem roku od dnia zwrotu (art. 677 KC).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Ubezpieczenie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kto, zakres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Szkody osób trzecich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odpowiada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11. Postanowienia końcowe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 (instrukcja producenta, projekt, protokół wydania, protokół odbioru, cennik)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Wynajmujący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Najemca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Rusztowania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