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UMOWA O ROBOTY BUDOWLANE NR ......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zawarta między inwestorem a wykonawcą (art. 647–658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1. Strony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lub CEIDG, reprezentacja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NIP, KRS lub CEIDG, reprezentacja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2. Przedmiot umowy i dokumentacja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adres, numer działki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Decyzja lub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5426"/>
        <w:gridCol w:w="1973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42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Dokumentacja (projekt, STWiOR, przedmiar)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rewizji / data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Wymagana przez przepisy dokumentacja stanowi część składową umowy (art. 648 § 2 KC). Wykonawca wykona obiekt zgodnie z projektem i zasadami wiedzy technicznej (art. 647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3. Terminy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Przekazanie terenu budowy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data, protokół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Rozpoczęcie robót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Etapy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harmonogramu w załączniku nr ...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Oddanie obiektu (zgłoszenie do odbioru końcowego)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4. Obowiązki inwestora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terenu budowy protokołem i dostarczenie projektu (art. 647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zapewnienie kierownika budowy / inspektora nadzoru inwestorskiego (jeśli dotyczy):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odbiory robót zanikających, częściowych i końcowego w terminach z § 7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zapłata wynagrodzenia w terminach z § 5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5. Wynagrodzenie i płatności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ryczałtowe: ........................ zł netto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wynagrodzenie kosztorysowe według cen jednostkowych z kosztorysu ofertowego (szacunkowo ........ zł netto)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Płatności częściowe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 podstawie protokołów przerobowych / odbiorów częściowych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zapłaty faktur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dni od doręczenia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Roboty dodatkowe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wyłącznie na podstawie pisemnego zlecenia przed rozpoczęciem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wykonawcy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6. Obowiązki wykonawcy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przejęcie terenu budowy protokołem; od tej chwili odpowiedzialność za szkody na terenie do oddania obiektu (art. 652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niezwłoczne zawiadomienie inwestora, gdy dokumentacja, teren, maszyny lub urządzenia nie nadają się do prawidłowego wykonania robót (art. 651 KC)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prowadzenie robót zgodnie z przepisami BHP, planem BIOZ i regulaminem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przygotowanie dokumentacji powykonawczej i dokumentów odbiorowych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7. Odbiory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Roboty zanikające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zgłoszenie wpisem / pismem, termin odbioru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Odbiór częściowy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 żądanie wykonawcy (art. 654 KC) lub według harmonogramu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Odbiór końcowy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termin wyznaczenia i rozpoczęcia od zgłoszenia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Dokumenty do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§ 6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8. Podwykonawcy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Wykonawca zgłosi inwestorowi na piśmie szczegółowy przedmiot robót każdego podwykonawcy przed przystąpieniem do ich wykonywania (art. 647¹ § 1 KC). Zgłoszenie obejmuje podwykonawcę, zakres i wynagrodzenie.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9. Rękojmia i gwarancja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miesięcy od odbioru końcowego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Przeglądy gwarancyjne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częstotliwość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Kaucja / zabezpieczenie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% i forma, terminy zwrotu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Do rękojmi za wady stosuje się odpowiednio przepisy o umowie o dzieło (art. 656 § 1 i art. 638 KC).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10. Kary umowne i odstąpienie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5426"/>
        <w:gridCol w:w="1973"/>
        <w:gridCol w:w="1973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42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 kary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Wysokość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Limit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426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Przyczyny i tryb odstąpienia od umowy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§ 11. Postanowienia końcowe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Umowa wymaga stwierdzenia pismem (art. 648 § 1 KC). Zmiany umowy wymagają formy pisemnej aneksu. W sprawach nieuregulowanych stosuje się przepisy Kodeksu cywilnego.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inwestora na budowie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Przedstawiciel wykonawcy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harmonogram, kosztorys, dokumentacja, regulamin budowy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Wykonawca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Roboty Budowlane Nr ......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