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O PODWYKONAWSTWO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wzór ramowy do uzupełnienia i dostosowania do kontraktu głównego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umowy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zawarcia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Strony umowy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 (dalej: GW)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/ CEIDG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podstawa umocowania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/ CEIDG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Reprezentowany przez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podstawa umocowania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GW z inwestorem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Przedmiot umowy i zakres robót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1. GW zleca, a Podwykonawca przyjmuje do wykonania roboty budowlane w zakresie opisanym w ust. 2, zgodnie z dokumentami wskazanymi w ust. 3.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2. Zakres robót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branża, obiekt, kondygnacje lub odcinki, pozycje przedmiaru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3. Dokumenty określające zakres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części projektu, przedmiar, specyfikacje, harmonogram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4. Roboty wyłączone z zakresu umowy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wpisz wprost, czego umowa nie obejmuje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Art. 649 KC: w razie wątpliwości przyjmuje się, że wykonawca podjął się wszystkich robót objętych projektem stanowiącym część umowy. Jeżeli Podwykonawca wykonuje tylko część projektu, wskaż granice zakresu i wyłączenia.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Terminy i warunki rozpoczęcia robót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rozpoczęcia robót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zakończenia robót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Terminy pośrednie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wg harmonogramu, załącznik nr ...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Podwykonawca rozpocznie roboty po spełnieniu warunków (zaznacz):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protokolarne przekazanie terenu (frontu robót)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przedstawienie wykazu osób i wymaganych dokumentów pracowników (§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przekazanie GW instrukcji bezpiecznego wykonywania robót (IBWR) (§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upływ terminu na sprzeciw inwestora wobec zgłoszenia Podwykonawcy (§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Zasady przy braku frontu robót z przyczyn po stronie GW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tryb zgłoszenia, wpływ na terminy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Podwykonawca, który stwierdzi nieprzydatność terenu lub dokumentacji do prawidłowego wykonania robót, niezwłocznie zawiadomi o tym GW na piśmie (por. art. 651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Wynagrodzenie i płatności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Wynagrodzenie netto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kwota i słownie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rozliczenia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 / kosztorys / obmiar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 wystawienia faktury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protokół odbioru częściowego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płatności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od doręczenia faktury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 Podwykonawcy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Roboty są odbierane i rozliczane częściowo, w miarę ich ukończenia, na zasadach z § 5 (por. art. 654 KC). Przepisy o gwarancji zapłaty z art. 649¹–649⁴ KC stosuje się także do umów wykonawcy z podwykonawcą (art. 649⁵ KC).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Roboty dodatkowe i zamienne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kto zleca, w jakiej formie, jak są wyceniane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Zgłoszenie Podwykonawcy inwestorowi (art. 647¹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zgłoszenia inwestorowi dokonuje GW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zgłoszenia inwestorowi dokonuje Podwykonawca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szczegółowy przedmiot robót Podwykonawcy określa umowa inwestora z GW zawarta na piśmie pod rygorem nieważności (art. 647¹ § 2 KC), zgłoszenie nie jest wymagane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przekazania przez Podwykonawcę danych do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na sprzeciw inwestora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30 dni od doręczenia albo krótszy z umowy z inwestorem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Zgłoszenie i sprzeciw wymagają formy pisemnej pod rygorem nieważności (art. 647¹ § 4 KC). Termin na sprzeciw w umowie GW z Podwykonawcą nie może być krótszy od terminu z umowy inwestora z GW (art. 647¹ § 1² KC). Postanowienia sprzeczne z art. 647¹ § 1–5 KC są nieważne (art. 647¹ § 6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Odbiory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odbiory częściowe: ..........................................................................................................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odbiór końcowy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odbiorowe: wpisy w dzienniku budowy, protokoły badań i sprawdzeń, atesty i deklaracje właściwości użytkowych, dokumentacja powykonawcza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zgłoszenia gotowości do odbioru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przystąpienia do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6. Rękojmia i gwarancja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rękojmi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 od kiedy biegnie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gwarancji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 od kiedy biegnie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Czas reakcji na zgłoszenie wady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Zabezpieczenie należytego wykonania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forma i wysokość, jeśli dotyczy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rękojmi stosuje się odpowiednio przepisy o umowie o dzieło (art. 656 § 1 KC), a te odsyłają do rękojmi przy sprzedaży (art. 638 § 1 KC): według art. 568 § 1 KC dwa lata, a dla wad nieruchomości pięć lat od wydania. Strony mogą rękojmię rozszerzyć, ograniczyć lub wyłączyć (art. 558 § 1 KC), dlatego wpisz okres i początek jego biegu. Gwarancja wymaga oświadczenia; jeżeli nie wskazano innego terminu, wynosi dwa lata (art. 577 § 4 w zw. z art. 638 § 2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7. Kary umowne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749"/>
        <w:gridCol w:w="1578"/>
        <w:gridCol w:w="2367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Zdarzenie (podstawa naliczenia)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Wysokość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Od kiedy liczona, czy wymagane wezwanie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Limit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749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749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749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749"/>
          </w:tcPr>
          <w:p/>
        </w:tc>
        <w:tc>
          <w:tcPr>
            <w:tcW w:type="dxa" w:w="1578"/>
          </w:tcPr>
          <w:p/>
        </w:tc>
        <w:tc>
          <w:tcPr>
            <w:tcW w:type="dxa" w:w="2367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zamówieniach publicznych umowa o podwykonawstwo nie może kształtować kar umownych i warunków wypłaty wynagrodzenia mniej korzystnie niż umowa wykonawcy z zamawiającym (art. 463 Pzp); zob. też art. 464 Pzp.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8. BHP, IBWR i dokumenty pracowników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1. Strony współpracują w zakresie BHP zgodnie z art. 208 § 1 Kodeksu pracy. Wyznaczenie koordynatora BHP nie zwalnia Podwykonawcy z obowiązku zapewnienia BHP własnym pracownikom (art. 208 § 2 KP).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Koordynator BHP po stronie GW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odpowiedzialna za BHP po stronie Podwykonawcy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2. Przed przystąpieniem do robót Podwykonawca opracuje instrukcję bezpiecznego wykonywania robót (IBWR) dla swojego zakresu, zaznajomi z nią pracowników i przekaże ją GW (§ 2 rozporządzenia Ministra Infrastruktury z 6 lutego 2003 r. w sprawie BHP podczas wykonywania robót budowlanych).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3. Podwykonawca zobowiązuje się (zaznacz uzgodnione):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pierwszym wejściem osoby na teren budowy przedstawić wykaz osób oraz wymagane dokumenty (orzeczenie lekarskie, szkolenia BHP, uprawnienia właściwe do prac) w sposób: 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zgłaszać GW każdą zmianę składu osób przed jej wejściem na budowę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złożyć oświadczenie podwykonawcy o spełnieniu wymogów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utrzymywać ważność dokumentów w czasie robót i informować o wygasających z wyprzedzeniem ........ dni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przechowywać potwierdzenie zapoznania pracowników z IBWR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stosować zasady postępowania przy wypadku ustalone na budowie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4. GW może nie wpuścić na teren budowy osoby bez kompletu wymaganych dokumentów, bez zmiany terminów umownych. GW ma prawo wglądu w dokumenty pracowników w zakresie potrzebnym do celu określonego w § 11.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9. Dalsi podwykonawcy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Podwykonawca może powierzyć roboty dalszemu podwykonawcy po uzyskaniu zgody GW wyrażonej na piśmie. Do dalszych podwykonawców stosuje się wymogi z § 8. Zgłoszenie dalszego podwykonawcy inwestorowi następuje na zasadach art. 647¹ KC (§ 5 tego artykułu).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10. Ubezpieczenie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polisy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OC, ewentualnie ubezpieczenie robót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Suma gwarancyjna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ubezpieczenia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i termin potwierdzenia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kopia polisy przed rozpoczęciem robót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11. Dane osobowe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przetwarzają dane pracowników Podwykonawcy jako odrębni administratorzy, każda we własnym celu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zawierają umowę powierzenia przetwarzania danych (art. 28 RODO), załącznik nr 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Cel i zakres danych przekazywanych GW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przechowywania kopii dokumentów i zabezpieczenia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Model ról zależy od układu stron. Potwierdź go z inspektorem ochrony danych lub prawnikiem.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12. Postanowienia końcowe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Umowę stwierdzono pismem (art. 648 § 1 KC). Zmiany umowy wymagają formy pisemnej. Integralną część umowy stanowią załączniki: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zakres rzeczowy / przedmiar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harmonogram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wykaz osób kierowanych na budowę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bezpiecznego wykonywania robót (IBWR)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kopia polisy OC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Generalny wykonawca (podpis i pieczęć)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Podwykonawca (podpis i pieczęć)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Wzór ramowy. Treść umowy zależy od kontraktu głównego, rodzaju robót i inwestora; w zamówieniach publicznych obowiązują dodatkowo art. 463 i 464 Pzp. Przed podpisaniem skonsultuj umowę z prawnikiem, a kwestie BHP ze specjalistą BHP.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Podwykonawstwo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