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UMOWA POWIERZENIA PRZETWARZANIA DANYCH OSOBOWYCH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umowa między administratorem a podmiotem przetwarzającym przy realizacji robót budowlanych (art. 28 ust. 3 RODO)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powierzenia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zawarcia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role (art. 4 pkt 7 i 8 RODO)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Administrator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 siedziby, KRS lub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Kontakt w sprawach danych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e-mail,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Podmiot przetwarzający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 siedziby, KRS lub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Kontakt w sprawach danych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e-mail,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główna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umowa o roboty budowlane: numer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administratorem jest generalny wykonawca, a podmiotem przetwarzającym podwykonawca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administratorem jest podwykonawca, a podmiotem przetwarzającym generalny wykonawca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Przedmiot, charakter, cel i czas przetwarzania (art. 28 ust. 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Przedmiot powierzenia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jakie czynności na jakich danych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Charakter przetwarzania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przechowywanie, wgląd, kontakt z osobami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Cel przetwarzania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 co administrator powierza dane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Czas trwania powierzenia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od-do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przetwarzania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kraj, adres, system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Rodzaj danych i kategorie osób (art. 28 ust.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4538"/>
        <w:gridCol w:w="2367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Kategoria osób</w:t>
            </w:r>
          </w:p>
        </w:tc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danych osobowych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Obowiązki podmiotu przetwarzającego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1) Przetwarza dane wyłącznie na udokumentowane polecenie administratora, także gdy dane trafiają do państwa trzeciego lub organizacji międzynarodowej. Umowa jest poleceniem w zakresie punktów 2 i 3. Jeżeli obowiązek przetwarzania nakłada na niego prawo Unii lub państwa członkowskiego, informuje o nim administratora przed rozpoczęciem przetwarzania, o ile prawo tego nie zabrania (art. 28 ust. 3 lit. a).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2) Zapewnia, by osoby upoważnione do przetwarzania zobowiązały się do zachowania tajemnicy albo podlegały ustawowemu obowiązkowi tajemnicy (lit. b).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3) Wdraża środki techniczne i organizacyjne z art. 32 RODO, w zakresie opisanym w punkcie 6 (lit. c).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4) Korzysta z usług innego podmiotu przetwarzającego tylko na warunkach punktu 5 (lit. d).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5) W miarę możliwości pomaga administratorowi odpowiadać na żądania osób, których dane dotyczą, oraz wywiązywać się z obowiązków z art. 32-36 RODO (lit. e i f). Po stwierdzeniu naruszenia ochrony danych zgłasza je administratorowi bez zbędnej zwłoki (art. 33 ust. 2).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6) Po zakończeniu świadczenia usług, zależnie od decyzji administratora, usuwa albo zwraca wszystkie dane i usuwa ich kopie, chyba że prawo nakazuje przechowywanie danych (lit. g).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7) Udostępnia administratorowi informacje potrzebne do wykazania spełnienia obowiązków z art. 28 oraz umożliwia audyty, w tym inspekcje, i przyczynia się do nich (lit. h). Niezwłocznie informuje administratora, jeżeli jego zdaniem polecenie narusza RODO lub inne przepisy o ochronie danych.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Podpowierzenie (art. 28 ust. 2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podmiot przetwarzający nie korzysta z innych podmiotów przetwarzających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ogólna pisemna zgoda administratora na podmioty z poniższej listy; o zamiarze dodania lub zastąpienia podmiotu informuje z wyprzedzeniem ...... dni, a administrator może wyrazić sprzeciw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szczegółowa pisemna zgoda administratora na każdy podmiot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749"/>
        <w:gridCol w:w="3354"/>
        <w:gridCol w:w="1183"/>
        <w:gridCol w:w="1578"/>
      </w:tblGrid>
      <w:tr>
        <w:trPr>
          <w:cantSplit/>
        </w:trPr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Podmiot dalszy (nazwa, siedziba)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powierzonych czynności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zgody</w:t>
            </w:r>
          </w:p>
        </w:tc>
      </w:tr>
      <w:tr>
        <w:trPr>
          <w:trHeight w:val="481" w:hRule="atLeast"/>
          <w:cantSplit/>
        </w:trPr>
        <w:tc>
          <w:tcPr>
            <w:tcW w:type="dxa" w:w="3749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/>
        </w:tc>
        <w:tc>
          <w:tcPr>
            <w:tcW w:type="dxa" w:w="3354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Na podmiot dalszy nakłada się, w umowie lub innym akcie prawnym, te same obowiązki ochrony danych co w tej umowie. Gdy podmiot dalszy ich nie wypełni, pełna odpowiedzialność wobec administratora spoczywa na pierwotnym podmiocie przetwarzającym (art. 28 ust. 4).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Środki bezpieczeństwa (art. 32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pseudonimizacja i szyfrowanie danych, w tym plików przesyłanych pocztą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indywidualne upoważnienia i dostęp tylko dla osób, które go potrzebują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kopie zapasowe i szybkie przywrócenie dostępności danych po incydencie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regularne testowanie i ocena skuteczności zabezpieczeń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procedura zgłaszania incydentów administratorowi w ciągu ...... godzin od stwierdzenia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Prawa i obowiązki administratora, zakończenie, audyt i odpowiedzialność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Administrator wydaje udokumentowane polecenia, wyraża zgodę albo sprzeciw wobec dalszych podmiotów, decyduje o usunięciu lub zwrocie danych i może przeprowadzać audyty (art. 28 ust. 3 zdanie pierwsze, lit. a, d, g i h).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usunięcia lub zwrotu danych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po zakończeniu umowy głównej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usunięcia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forma i termin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Audyt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częstotliwość, zapowiedź, zakres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Odpowiedzialność i kary umowne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zgodnie z umową główną albo własne zapisy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Administrator: podpis i pieczęć (data)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Podmiot przetwarzający: podpis i pieczęć (data)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Umowa ma formę pisemną, w tym elektroniczną (art. 28 ust. 9). Podmiot przetwarzający, który naruszy RODO przy określaniu celów i sposobów przetwarzania, jest uznawany za administratora w odniesieniu do tego przetwarzania (art. 28 ust. 10). Umowa nie zastępuje informacji dla osób, których dane dotyczą (art. 13 i 14).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Powierzenia Przetwarzania Danych Osobowych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