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UPOWAŻNIENIE DO SPRAWDZANIA DOKUMENTÓW PRACOWNIKÓW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przetwarzanie danych z upoważnienia administratora (art. 29 i art. 32 ust. 4 RODO)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Upoważnienie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Administrator i upoważniony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Administrator (pracodawca)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Upoważniony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i budowa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Cel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dopuszczenie własnych pracowników do pracy na 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pracowników podwykonawców na budowę, współpraca pracodawców (art. 208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terminów szkoleń, badań i uprawnień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inny cel: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Zakres dokumentów (nie więcej, niż potrzeba do celu, art. 5 ust. 1 lit. c RODO)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zaświadczenie o szkoleniu BHP: rodzaj i termin ważności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uprawnienia do obsługi urządzeń (UDT, SEP, inne): rodzaj i termin ważności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orzeczenie lekarskie: tylko brak przeciwwskazań do pracy na stanowisku i termin ważności (dane o zdrowiu, art. 9 ust. 1 RODO)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 tożsamości: sprawdzenie przy wejściu, bez kopiowania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cudzoziemca: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Dozwolone czynności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wgląd w dokument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odnotowanie w rejestrze: imię, nazwisko, firma, daty ważności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kopiowanie lub fotografowanie (wyjątek, uzasadnienie):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dokumentu innej osobie: tylko na polecenie administratora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Upoważniony przetwarza dane osobowe wyłącznie na polecenie administratora i w zakresie niezbędnym do celu (art. 29 i art. 32 ust. 4 RODO). Zachowuje poufność danych także po ustaniu upoważnienia. Nie kopiuje, nie fotografuje i nie przekazuje dokumentów poza zakresem upoważnienia. Zgłasza administratorowi od razu każdy incydent: zgubiony dokument, błędnie wysłaną wiadomość, nieuprawniony dostęp (art. 33 ust. 1 RODO).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Okres i odwołanie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zgodnie z czasem robót lub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Upoważnienie wygasa z upływem terminu, z dniem odwołania przez administratora albo ze zmianą stanowiska lub ustaniem współpracy z administratorem.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Administrator lub osoba upoważniona do reprezentacji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Upoważniony: zapoznałem się i zobowiązuję się do przestrzegania zasad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Ewidencja osób upoważnionych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578"/>
        <w:gridCol w:w="1677"/>
        <w:gridCol w:w="1282"/>
        <w:gridCol w:w="1282"/>
        <w:gridCol w:w="1381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(pkt 3)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nadania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odwołania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RODO wymaga, by osoba działająca z upoważnienia administratora i mająca dostęp do danych osobowych przetwarzała je wyłącznie na polecenie administratora (art. 29 i art. 32 ust. 4). Nie określa formy upoważnienia ani nie wymaga ewidencji; pismo i ewidencja pomagają wykazać przestrzeganie zasad (art. 5 ust. 2 i art. 24 ust. 1 RODO). Art. 208 KP nakłada na pracodawców pracujących w tym samym miejscu obowiązek współpracy, wyznaczenia koordynatora, ustalenia zasad współdziałania i wzajemnego informowania, a o sprawdzaniu dokumentów pracowników nie mówi. Podstawę przetwarzania i zakres danych ustala się osobno (art. 6 RODO, art. 22¹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Sprawdzania Dokumentów Pracowników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