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USTANOWIENIE INSPEKTORA NADZORU INWESTORSKIEGO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powierzenie funkcji i zakres umocowania (art. 18 ust. 2, art. 25 i 26 Prawa budowlanego) z oświadczeniem o przyjęciu funkcji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z inspektorem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jeżeli zawarto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Inwestor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lub 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Reprezentowany przez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Budowa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Zamierzenie budowlane / obiekt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budowy, nr działki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Pozwolenie na budowę albo zgłoszenie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organ, numer,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Dziennik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postać papierowa / EDB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Podstawa ustanowienia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inwestora (art. 18 ust. 2 Prawa budowlanego)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obowiązek z decyzji o pozwoleniu na budowę nr .............. z dnia .............. (art. 19 ust. 1, art. 42 ust. 1 pkt 3 lit. 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 z rozporządzenia z 19 listopada 2001 r. (Dz.U. 2001 nr 138 poz. 1554), § .......... (art. 42 ust. 1 pkt 3 lit. d)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decyzja o legalizacji z obowiązkiem pozwolenia na użytkowanie albo o pozwoleniu na wznowienie robót (art. 42 ust. 1 pkt 3 lit. b i 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Inspektor nadzoru inwestorskiego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Specjalność nadzoru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konstrukcyjno-budowlana, sanitarna, elektryczna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uprawnień budowlanych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specjalność i zakres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Izba, zaświadczenie ważne 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albo wpis w e-CRUB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Telefon, e-mail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Funkcję pełni od dnia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inspektor koordynuje czynności inspektorów nadzoru innych specjalności na tej budowie (art. 27)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Obowiązki inspektora (art. 25 Prawa budowlanego)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reprezentowanie inwestora na budowie przez kontrolę zgodności realizacji z projektem lub pozwoleniem na budowę, przepisami i zasadami wiedzy technicznej (pkt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sprawdzanie jakości robót i stosowania wyrobów zgodnie z art. 10 (pkt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sprawdzanie i odbiór robót zanikających i ulegających zakryciu, udział w próbach i odbiorach technicznych instalacji, urządzeń i przewodów kominowych oraz w odbiorze obiektu (pkt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potwierdzanie faktycznie wykonanych robót i usunięcia wad (pkt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kontrolowanie rozliczeń budowy na żądanie inwestora (pkt 4)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Dodatkowe umocowanie w imieniu inwestora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podpisywanie protokołów odbioru częściowego i końcowego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akceptacja protokołów przerobowych do kwoty netto .............................. zł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uzgadnianie robót zamiennych i dodatkowych do kwoty netto ................ zł / bez prawa zaciągania zobowiązań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przyjmowanie korespondencji wykonawcy dotyczącej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udział w naradach koordynacyjnych i radach budowy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Czynności niezaznaczone w pkt 6 nie są objęte umocowaniem. Polecenia wobec kierownika budowy lub kierownika robót inspektor wydaje w granicach art. 26 Prawa budowlanego i potwierdza wpisem do dziennika budowy.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Inwestor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OŚWIADCZENIE O PRZYJĘCIU FUNKCJI INSPEKTORA NADZORU INWESTORSKIEGO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Oświadczam, że od dnia .................... przyjmuję funkcję inspektora nadzoru inwestorskiego w specjalności .............................................. na budowie opisanej w pkt 2, w zakresie określonym w pkt 5 i 6.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mam uprawnienia budowlane w specjalności .............................. nr 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mam aktualny wpis na listę członków izby i nie jestem zawieszony(-a) w prawach członka (art. 12 ust. 7 i 7b)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pełnię na tej budowie funkcji kierownika budowy ani kierownika robót (art. 24)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przejmuję obowiązki po dotychczasowym inspektorze: .............................. (art. 44 pkt 2)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Inspektor nadzoru inwestorskiego (podpis, data)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Inspektorzy nadzoru innych specjalności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2565"/>
        <w:gridCol w:w="1973"/>
        <w:gridCol w:w="177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Specjalność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uprawnień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973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Czynności po ustanowieniu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imię i nazwisko inspektora oraz kopie zaświadczenia z izby i decyzji o uprawnieniach dołączone do zawiadomienia o zamierzonym terminie rozpoczęcia robót (art. 41 ust. 4a pkt 1 lit. b); kopii nie dołącza się przy wpisie w centralnym rejestrze (art. 41 ust. 4aa)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 inwestora w dzienniku budowy o powierzeniu funkcji (§ 10 ust. 1 pkt 2 rozporządzenia w sprawie dziennika budowy); można go dokonać po rozpoczęciu robót, jeżeli inspektora nie powołano wcześniej (§ 10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przyjęcia funkcji wpisem z numerem uprawnień (§ 10 ust. 3); w EDB funkcją systemu (§ 12)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uprawnień dołączona do dziennika budowy albo uprawnienia wpisane do centralnego rejestru (art. 47f)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kierownik budowy i wykonawca poinformowani o inspektorze i zakresie jego umocowania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Informacja (nie jest częścią pisma): ustanowienie inspektora jest wymagane m.in. przy budowie obiektów użyteczności publicznej i zamieszkania zbiorowego o kubaturze 2500 m³ i większej, budynków i budowli o wysokości nad terenem 15 m i większej, budowli mostowych oraz dróg krajowych, wojewódzkich i powiatowych (§ 2 ust. 1 pkt 1, 3 lit. a, 4 i 15 rozporządzenia z 19 listopada 2001 r.), a także przy obiektach z elementami konstrukcyjnymi o rozpiętości 12 m i większej, wysięgu 3 m i większym lub wysokości kondygnacji 6 m i większej (§ 3 pkt 2 lit. a). Łączenie funkcji kierownika budowy i inspektora nadzoru inwestorskiego nie jest dopuszczalne (art. 24 ust. 1 Prawa budowlanego).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Inwestor (podpis, data)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Ustanowienie Inspektora Nadzoru Inwestorskiego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