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WEZWANIE DO USUNIĘCIA WAD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 tytułu rękojmi albo gwarancji (art. 656 § 1, art. 638, art. 560–561 i art. 577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odbioru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protokół nr,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gwarancji z umowy lub karty gwarancyjnej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... do ...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 wezwania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rękojmia za wady (art. 656 § 1 i art. 638 § 1 w zw. z art. 561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gwarancja jakości z umowy albo karty gwarancyjnej (art. 638 § 2 w zw. z art. 577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wady w trakcie robót, przed odbiorem: wezwanie do zmiany sposobu wykonania (art. 636 § 1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Stwierdzone wady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650"/>
        <w:gridCol w:w="2565"/>
        <w:gridCol w:w="1381"/>
        <w:gridCol w:w="1775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65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Opis wady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(obiekt, kondygnacja, pomieszczenie, osie)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stwierdzenia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Zdjęcie nr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650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Opisz każdą wadę osobno, tak żeby wykonawca mógł ją znaleźć bez dzwonienia: co, gdzie, od kiedy widoczne. Dołącz zdjęcia z datą.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Żądanie i termin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wskazanej wyżej podstawy wzywam do usunięcia wad wymienionych w pkt 3: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przystąpienia do usuwania wad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usunięcia wad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 kontaktu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 bezskutecznym upływie terminu zamawiający zastrzega sobie możliwość skorzystania z uprawnień przewidzianych w umowie i w przepisach, w tym: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powierzenia usunięcia wad innej firmie na koszt i ryzyko wykonawcy (jeśli przewiduje to umowa, a w trakcie robót: art. 636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złożenia oświadczenia o obniżeniu wynagrodzenia (art. 560 § 1 i § 3 w zw. z art. 638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dochodzenia kar umownych lub odszkodowania (art. 483, art. 484 i art. 471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skorzystania z zabezpieczenia należytego wykonania umowy lub kwoty zatrzymanej (kaucji)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zdjęcia wad (liczba: 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protokołu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karty gwarancyjnej lub fragment umowy o gwarancji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zamawiającego (imię, nazwisko, funkcja,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wezwania przez wykonawcę (data, podpis) albo dowód nadania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 wadach robót budowlanych stosuje się odpowiednio przepisy o umowie o dzieło (art. 656 § 1 KC), a do wad dzieła przepisy o rękojmi przy sprzedaży (art. 638 § 1 KC). Kupujący może żądać usunięcia wady (art. 561 § 1 KC). Rękojmia obejmuje wady stwierdzone przed upływem dwóch lat, a przy wadach nieruchomości pięciu lat od wydania (art. 568 § 1 KC); między przedsiębiorcami strony mogą ją rozszerzyć, ograniczyć lub wyłączyć (art. 558 § 1 KC). Gwarancja działa według oświadczenia gwarancyjnego (art. 577 KC). Oświadczenie jest złożone, gdy doszło do adresata tak, że mógł zapoznać się z jego treścią (art. 61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Usunięcia Wad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