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PRZEDSĄDOWE WEZWANIE DO ZAPŁATY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 roboty budowlane, z odsetkami i rekompensatą (art. 455, 476 i 481 KC; art. 7 i 10 ustawy o nadmiernych opóźnieniach)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Wierzyciel i dłużnik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Wierzyciel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albo podwykonawca: 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Dłużnik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zamawiający: nazwa, adres, NIP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 i data, jeśli umowa uzależnia od niego zapłatę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Zaległe należności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578"/>
        <w:gridCol w:w="1479"/>
        <w:gridCol w:w="1381"/>
        <w:gridCol w:w="1479"/>
        <w:gridCol w:w="1479"/>
        <w:gridCol w:w="197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doręczenia faktury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zapłaty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brutto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Zapłacono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 zapłaty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578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należność główna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Odsetki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ustawowe za opóźnienie w transakcjach handlowych od dnia wymagalności do dnia zapłaty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Rekompensata za koszty odzyskiwania należności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40, 70 albo 100 euro według wartości świadczenia (art. 10 ust. 1), przeliczone na zł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do zapłaty na dzień pisma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Wezwanie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Wzywam do zapłaty kwoty wskazanej w pkt 2 w terminie 7 dni od dnia doręczenia niniejszego wezwania na rachunek bankowy: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bankowy wierzyciela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Tytuł przelewu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Brak zapłaty w tym terminie spowoduje skierowanie sprawy na drogę postępowania sądowego, co narazi dłużnika na dodatkowe koszty.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wierzyciel jest podwykonawcą zgłoszonym inwestorowi; kopię wezwania przesyła się inwestorowi, który odpowiada solidarnie (art. 647¹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wierzyciel zastrzega prawo żądania gwarancji zapłaty (art. 649³ KC, dotyczy wykonawcy wobec inwestora)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Wierzyciel (osoba upoważniona)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Dowód nadania lub potwierdzenie doręczenia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transakcjach handlowych odsetki ustawowe za opóźnienie należą się bez wezwania od dnia wymagalności, jeżeli wierzyciel spełnił świadczenie i nie otrzymał zapłaty w terminie z umowy (art. 7 ust. 1 ustawy o przeciwdziałaniu nadmiernym opóźnieniom w transakcjach handlowych, Dz.U. 2023 poz. 1790). Od tego dnia przysługuje też rekompensata: 40 euro do 5 000 zł, 70 euro powyżej 5 000 zł i poniżej 50 000 zł, 100 euro od 50 000 zł, według średniego kursu NBP z ostatniego dnia roboczego miesiąca poprzedzającego wymagalność (art. 10 ust. 1 i 1a). Gdy termin zapłaty nie jest oznaczony, świadczenie należy spełnić niezwłocznie po wezwaniu (art. 455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Przedsądowe Wezwanie Do Zapłaty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