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WEZWANIE DO ZMIANY SPOSOBU WYKONANIA ROBÓT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636 § 1 w związku z art. 656 § 1 Kodeksu cywilnego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doręczenia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list polecony / za potwierdzeniem odbioru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(adresat)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przedmiot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Działając na podstawie art. 636 § 1 w związku z art. 656 § 1 Kodeksu cywilnego, wzywam do zmiany sposobu wykonywania robót objętych umową, ponieważ są one wykonywane w sposób wadliwy albo sprzeczny z umową, jak opisano poniżej.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Uchybienia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170"/>
        <w:gridCol w:w="3551"/>
        <w:gridCol w:w="2170"/>
        <w:gridCol w:w="1381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(obiekt, oś, kondygnacja)</w:t>
            </w:r>
          </w:p>
        </w:tc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uchybienia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Niezgodność z (projekt, STWiOR, umowa §)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Dowód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Dowody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wpisy w dzienniku budowy: nr ........, z dnia 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zdjęcia z datą: nr 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protokół / notatka z narady / opinia inspektora nadzoru z dnia ........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Żądanie i termin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Wzywam do zmiany sposobu wykonania robót wskazanych w pkt 1 i doprowadzenia ich do stanu zgodnego z umową w terminie do dnia ................................ 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Uzasadnienie terminu (zakres prac, technologia, warunki)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Skutki bezskutecznego upływu terminu (art. 636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odstąpienie od umowy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powierzenie poprawienia lub dalszego wykonania robót innej osobie na koszt i niebezpieczeństwo wykonawcy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Potwierdzenie poprawy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Wykonanie poprawek proszę zgłosić pisemnie lub wpisem do dziennika budowy. Zamawiający sprawdzi je w ciągu ........ dni od zgłoszenia, w obecności przedstawiciela wykonawcy.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Zamawiający / osoba upoważniona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Potwierdzenie odbioru wezwania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Odebrał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Jeżeli przyjmujący zamówienie wykonywa dzieło w sposób wadliwy albo sprzeczny z umową, zamawiający może wezwać go do zmiany sposobu wykonania i wyznaczyć mu w tym celu odpowiedni termin; po bezskutecznym upływie terminu może od umowy odstąpić albo powierzyć poprawienie lub dalsze wykonanie dzieła innej osobie na koszt i niebezpieczeństwo przyjmującego zamówienie (art. 636 § 1 KC). Przepis stosuje się odpowiednio do umowy o roboty budowlane (art. 656 § 1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Zmiany Sposobu Wykonania Robót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