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WEZWANIE GWARANTA DO ZAPŁATY Z GWARANCJI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żądanie zapłaty beneficjenta gwarancji bankowej lub ubezpieczeniowej (art. 81 ust. 1 Prawa bankowego)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Sposób doręczenia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kurier / list polecony / za potwierdzeniem odbioru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Beneficjent gwarancji (zamawiający)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Gwarant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bank lub ubezpieczyciel, adres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Gwarancja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wystawienia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Suma gwarancji i ważność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kwota, ważna do dnia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(zleceniodawca gwarancji)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przedmiot, cena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Jako beneficjent gwarancji wskazanej powyżej żądam zapłaty kwoty określonej w pkt 3, ponieważ zaszła okoliczność uprawniająca do wypłaty zgodnie z treścią gwarancji.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Do kogo kieruję żądanie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gwarancja bankowa: bank, który ją udzielił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gwarancja bankowa potwierdzona przez inny bank: bank udzielający / bank potwierdzający / obaj łącznie (art. 83 ust. 1 Prawa bankowego)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gwarancja ubezpieczeniowa: ubezpieczyciel, warunki wypłaty według dokumentu gwarancji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Okoliczność uprawniająca do wypłaty (w brzmieniu z gwarancji)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niewykonanie umowy przez wykonawcę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nienależyte wykonanie umowy przez wykonawcę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wady w okresie rękojmi lub gwarancji nieusunięte w terminie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brak przedłużenia gwarancji ani wniesienia nowego zabezpieczenia najpóźniej na 30 dni przed upływem ważności (art. 452 ust. 9 Pzp)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inna okoliczność wskazana w gwarancji: ........................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Opis faktów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daty protokołów, wezwań, doręczeń i terminów, które minęły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Żądana kwota i rachunek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Kwota żądana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liczbowo, nie więcej niż suma gwarancji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Kwota słownie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beneficjenta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bank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Termin wypłaty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według gwarancji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Dokumenty załączone (wymienione w gwarancji)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5327"/>
        <w:gridCol w:w="2170"/>
        <w:gridCol w:w="1775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532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 wymagany w gwarancji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Numer lub data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stron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532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532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532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532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532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5327"/>
          </w:tcPr>
          <w:p/>
        </w:tc>
        <w:tc>
          <w:tcPr>
            <w:tcW w:type="dxa" w:w="2170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Oświadczenie beneficjenta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Treść oświadczenia wymaganego przez gwarancję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przepisz dosłownie z dokumentu gwarancji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Beneficjent: osoba uprawniona do reprezentacji (imię, nazwisko, funkcja,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Druga osoba uprawniona, jeśli wymaga tego reprezentacja lub gwarancja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Potwierdzenie odbioru przez gwaranta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Odebrał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odbioru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Gwarancja bankowa jest jednostronnym zobowiązaniem banku, że po spełnieniu przez beneficjenta określonych warunków zapłaty bank zapłaci. Warunki mogą być stwierdzone dokumentami wskazanymi w gwarancji, które beneficjent załącza do żądania zapłaty sporządzonego we wskazanej formie (art. 81 ust. 1 Prawa bankowego). W zamówieniach publicznych zabezpieczenie należytego wykonania umowy służy pokryciu roszczeń z niewykonania lub nienależytego wykonania umowy (art. 449 ust. 2 Pzp). Przepisy nie podają wzoru żądania, a formę i dokumenty określa treść gwarancji. Kopię wezwania warto wysłać wykonawcy; przepisy tego nie wymagają.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Wezwanie Gwaranta Do Zapłaty Z Gwarancji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