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WEZWANIE DO UZUPEŁNIENIA DOKUMENTÓW PRACOWNIKÓW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generalny wykonawca do podwykonawcy: badania lekarskie, szkolenia BHP, uprawnienia osób skierowanych na budowę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Wzywający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generalny wykonawca: 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Adresat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podwykonawca: nazwa, adres, osoba kontaktowa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Pismo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nr, data, postanowienie o dokumentach pracowników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Podstawa wezwania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umowa o podwykonawstwo: § ...... (dokumenty osób skierowanych na budowę, termin ich przekazania)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regulamin budowy: warunki wejścia osób na teren budowy</w:t>
      </w:r>
      <w:r>
        <w:rPr>
          <w:rFonts w:ascii="Arial" w:hAnsi="Arial" w:eastAsia="Arial"/>
          <w:b w:val="0"/>
          <w:i w:val="0"/>
          <w:sz w:val="18"/>
        </w:rPr>
        <w:t xml:space="preserve"> (pkt)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współpraca pracodawców pracujących w tym samym miejscu i wzajemne informowanie (art. 208 § 1 pkt 1 i 4 Kodeksu pracy)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Osoby i brakujące dokumenty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071"/>
        <w:gridCol w:w="1775"/>
        <w:gridCol w:w="2170"/>
        <w:gridCol w:w="1775"/>
        <w:gridCol w:w="1578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07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robót, stanowisko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Dokument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 uzupełnienia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071"/>
          </w:tcPr>
          <w:p/>
        </w:tc>
        <w:tc>
          <w:tcPr>
            <w:tcW w:type="dxa" w:w="1775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071"/>
          </w:tcPr>
          <w:p/>
        </w:tc>
        <w:tc>
          <w:tcPr>
            <w:tcW w:type="dxa" w:w="1775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071"/>
          </w:tcPr>
          <w:p/>
        </w:tc>
        <w:tc>
          <w:tcPr>
            <w:tcW w:type="dxa" w:w="1775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071"/>
          </w:tcPr>
          <w:p/>
        </w:tc>
        <w:tc>
          <w:tcPr>
            <w:tcW w:type="dxa" w:w="1775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071"/>
          </w:tcPr>
          <w:p/>
        </w:tc>
        <w:tc>
          <w:tcPr>
            <w:tcW w:type="dxa" w:w="1775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071"/>
          </w:tcPr>
          <w:p/>
        </w:tc>
        <w:tc>
          <w:tcPr>
            <w:tcW w:type="dxa" w:w="1775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2071"/>
          </w:tcPr>
          <w:p/>
        </w:tc>
        <w:tc>
          <w:tcPr>
            <w:tcW w:type="dxa" w:w="1775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2071"/>
          </w:tcPr>
          <w:p/>
        </w:tc>
        <w:tc>
          <w:tcPr>
            <w:tcW w:type="dxa" w:w="1775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Dokument: O orzeczenie lekarskie o braku przeciwwskazań do pracy na stanowisku (art. 229 § 4 KP), W orzeczenie do pracy na wysokości, S szkolenie wstępne BHP: instruktaż ogólny i stanowiskowy (art. 237³ § 2 KP), SO szkolenie okresowe BHP, U uprawnienia (UDT, SEP, operator maszyn, spawacz), I inne. Stan: brak, wygasł dnia ...., nieczytelny, nie dotyczy stanowiska, dane niezgodne z wykazem.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Wezwanie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Wzywamy do przekazania dokumentów wymienionych w pkt 2 w terminie wskazanym w tabeli, w formie: ...................................................... (np. kopia, wgląd na budowie, potwierdzenie pracodawcy z datą ważności). Do czasu uzupełnienia: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osoby z pkt 2 nie zostaną wpuszczone na teren budowy lub do strefy robót, zgodnie z umową i regulaminem budowy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osoby z pkt 2 wykonują wyłącznie prace, do których mają aktualne dokumenty</w:t>
      </w:r>
      <w:r>
        <w:rPr>
          <w:rFonts w:ascii="Arial" w:hAnsi="Arial" w:eastAsia="Arial"/>
          <w:b w:val="0"/>
          <w:i w:val="0"/>
          <w:sz w:val="18"/>
        </w:rPr>
        <w:t xml:space="preserve"> (jakie)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 ustalenia: ........................................................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Przypominamy, że pracodawca nie może dopuścić do pracy pracownika bez aktualnego orzeczenia lekarskiego stwierdzającego brak przeciwwskazań do pracy na określonym stanowisku (art. 229 § 4 KP) i ma obowiązek przeszkolić go w zakresie BHP przed dopuszczeniem do pracy (art. 237³ § 2 KP).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prosimy o przekazanie tylko danych potrzebnych do sprawdzenia: imię i nazwisko, rodzaj dokumentu, data ważności (bez PESEL i adresu, jeśli niepotrzebne)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skutki umowne braku dokumentów: § ...... umowy (np. wstrzymanie robót, kara umowna)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Generalny wykonawca: kierownik budowy lub osoba upoważniona (podpis)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Odebrał podwykonawca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Uzupełnienie i sprawdzenie dokumentów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170"/>
        <w:gridCol w:w="1775"/>
        <w:gridCol w:w="1282"/>
        <w:gridCol w:w="1183"/>
        <w:gridCol w:w="1479"/>
        <w:gridCol w:w="1479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Dokument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przekazania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Ważny do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Wynik: przyjęty / do poprawy</w:t>
            </w:r>
          </w:p>
        </w:tc>
        <w:tc>
          <w:tcPr>
            <w:tcW w:type="dxa" w:w="147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Sprawdził (podpis)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</w:t>
            </w:r>
          </w:p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10.</w:t>
            </w:r>
          </w:p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  <w:tc>
          <w:tcPr>
            <w:tcW w:type="dxa" w:w="1282"/>
          </w:tcPr>
          <w:p/>
        </w:tc>
        <w:tc>
          <w:tcPr>
            <w:tcW w:type="dxa" w:w="1183"/>
          </w:tcPr>
          <w:p/>
        </w:tc>
        <w:tc>
          <w:tcPr>
            <w:tcW w:type="dxa" w:w="1479"/>
          </w:tcPr>
          <w:p/>
        </w:tc>
        <w:tc>
          <w:tcPr>
            <w:tcW w:type="dxa" w:w="1479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Osoby dopuszczone na budowę po uzupełnieniu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data, kto zdecydował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Osoby nadal bez dokumentów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lista, dalsze kroki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Kierownik budowy lub koordynator BHP (data, 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Podwykonawca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 razie gdy jednocześnie w tym samym miejscu wykonują pracę pracownicy zatrudnieni przez różnych pracodawców, pracodawcy ci mają obowiązek współpracować ze sobą, wyznaczyć koordynatora BHP, ustalić zasady współdziałania na wypadek zagrożeń i informować siebie nawzajem oraz pracowników o działaniach zapobiegających zagrożeniom zawodowym (art. 208 § 1 KP). Wyznaczenie koordynatora nie zwalnia poszczególnych pracodawców z obowiązku zapewnienia BHP zatrudnionym przez nich pracownikom (art. 208 § 2 KP). Do kierownika budowy należy kierowanie budową zgodnie z przepisami BHP i podejmowanie działań uniemożliwiających wstęp na budowę osobom nieupoważnionym (art. 22 pkt 3 i 3d Prawa budowlanego).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Wezwanie Do Uzupełnienia Dokumentów Pracowników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