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WEZWANIE DO WYKONANIA ZOBOWIĄZANIA Z WYZNACZENIEM DODATKOWEGO TERMINU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pod rygorem odstąpienia od umowy o roboty budowlane (art. 491 § 1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Wzywający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zamawiający albo wykonawca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Wzywany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strona w zwłoce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Zobowiązanie, z którym druga strona jest w zwłoce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rozpoczęcie albo zakończenie robót lub etapu w terminie z umowy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usunięcie przeszkody, przekazanie terenu budowy, dokumentacji lub frontu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zapłata wynagrodzenia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przystąpienie do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255"/>
        <w:gridCol w:w="1775"/>
        <w:gridCol w:w="2367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Zobowiązanie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z umowy (§, data)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na dzień wezwania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Dowód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Zwłoka to niewykonanie zobowiązania w terminie z przyczyn, za które dłużnik odpowiada (art. 476 KC). Opisz fakty i daty; dołącz wpisy w dzienniku budowy, protokoły, wcześniejsze wezwania.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Dodatkowy termin i zagrożenie odstąpieniem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491 § 1 Kodeksu cywilnego wyznaczam dodatkowy termin do wykonania zobowiązania wskazanego w pkt 2: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Dodatkowy termin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albo liczba dni od doręczenia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ma być wykonane w tym terminie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zakres, etap, kwota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 razie bezskutecznego upływu wyznaczonego terminu będę uprawniony do odstąpienia od umowy: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całości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co do niewykonanej części świadczenia (art. 491 § 2 KC, gdy świadczenia obu stron są podzielne)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Zamiast odstąpienia można też żądać wykonania zobowiązania i naprawienia szkody wynikłej ze zwłoki (art. 491 § 1 zd. 2 KC). Gdy wykonawca opóźnia się z rozpoczęciem lub wykończeniem robót tak dalece, że nie jest prawdopodobne, by zdążył w terminie, zamawiający może odstąpić bez wyznaczania terminu dodatkowego (art. 635 w zw. z art. 656 § 1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wpisów w dzienniku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wcześniejsza korespondencja i wezwania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harmonogram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wzywającego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wezwania (data, podpis) albo dowód nadania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Wykonania Zobowiązania Z Wyznaczeniem Dodatkowego Terminu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