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BEZPOŚREDNIĄ ZAPŁATĘ WYNAGRODZENIA PODWYKONAWCY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zamówienie na roboty budowlane, art. 465 ustawy – Prawo zamówień publicznych, ze stanowiskiem do uwag wykonawcy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Wnioskodawca (podwykonawca lub dalszy podwykonawca)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firmy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KRS / CEIDG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reprezentująca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bankowy do zapłaty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Zamawiający i wykonawca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(do wiadomości)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w sprawie zamówienia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zamówienia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Umowa o podwykonawstwo i jej akceptacja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podwykonawstwo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Zawarta 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wykonawcą albo podwykonawcą, gdy wnioskuje dalszy podwykonawca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przedłożenia projektu umowy zamawiającemu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przedłożenia kopii zawartej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o roboty budowlane została zaakceptowana przez zamawiającego pisemnie albo przez niezgłoszenie zastrzeżeń do projektu i sprzeciwu do umowy w terminie z umowy w sprawie zamówienia (art. 464 ust. 4 i 7); data akceptacji: 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o dostawy lub usługi została przedłożona zamawiającemu jako poświadczona za zgodność z oryginałem kopia (art. 464 ust. 8); data przedłożenia: 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Wymagalne wynagrodzenie (tylko należności powstałe po akceptacji albo po przedłożeniu kopii, art. 465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381"/>
        <w:gridCol w:w="1479"/>
        <w:gridCol w:w="1183"/>
        <w:gridCol w:w="1282"/>
        <w:gridCol w:w="1183"/>
        <w:gridCol w:w="1183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wystawienia i doręczenia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płatności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brutto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Zapłacono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 zapłaty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Protokół odbioru: nr, data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Łączna kwota wynagrodzenia, bez odsetek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Słownie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Uchylanie się od zapłaty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Wezwanie do zapłaty skierowane do 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sposób doręczenia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Odpowiedź 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treść albo brak odpowiedzi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Okoliczności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co wykonawca (podwykonawca) zrobił lub czego nie zrobił po terminie płatności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Treść wniosku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465 ust. 1 ustawy – Prawo zamówień publicznych wnoszę o dokonanie bezpośredniej zapłaty wymagalnego wynagrodzenia w kwocie wskazanej w pkt 4, z uwagi na uchylanie się wykonawcy od obowiązku zapłaty. Kwota obejmuje wyłącznie należne wynagrodzenie, bez odsetek (ust. 3), i dotyczy należności powstałych po akceptacji umowy albo po przedłożeniu jej kopii (ust. 2). Wnoszę o poinformowanie mnie o terminie, w którym wykonawca może zgłosić uwagi (ust. 4). Proszę o zapłatę na rachunek wskazany w pkt 1.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Stanowisko do uwag wykonawcy (wypełnij po otrzymaniu uwag, art. 465 ust. 4 i 5)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 uwag wykonawcy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na uwagi wyznaczony przez zamawiającego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krótszy niż 7 dni od doręczenia informacji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uwagi powołują się na potrącenie roszczeń wykonawcy niezwiązanych z realizacją umowy o podwykonawstwo, a w uwagach nie można się na nie powoływać (ust.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kwestionuje wysokość lub zasadność należności; wykazuję zasadność zapłaty dokumentami z pkt 8 (ust. 5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zamawiający ma zasadnicze wątpliwości co do wysokości należnej zapłaty lub podmiotu, któremu płatność się należy, i może złożyć kwotę do depozytu sądowego (ust. 5 pkt 2); podaję dane, które wyjaśniają te wątpliwości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podwykonawcy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o podwykonawstwo (kopia poświadczona za zgodność z oryginałem)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dowód akceptacji umowy albo jej przedłożenia zamawiającemu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odbioru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faktury wraz z dowodami ich doręczenia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wezwanie wykonawcy do zapłaty wraz z dowodem doręczenia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 zamawiającemu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podpis lub numer przesyłki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osoby upoważnionej do reprezentowania wnioskodawcy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Bezpośrednią Zapłatę Wynagrodzenia Podwykonawcy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