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LEGALIZACJĘ OBIEKTU BUDOWLANEGO I WNIOSEK O WSZCZĘCIE UPROSZCZONEGO POSTĘPOWANIA LEGALIZACYJNEGO (PB-15)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strona 1: wniosek z art. 48a Prawa budowlanego (bez wzoru urzędowego); strony 2–3: pola według wzoru z załącznika do rozporządzenia Ministra Finansów i Gospodarki z dnia 18 lutego 2026 r. (Dz.U. 2026 poz. 271)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WNIOSEK O LEGALIZACJĘ OBIEKTU BUDOWLANEGO LUB JEGO CZĘŚCI (art. 48a ust. 1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 nadzoru budowlanego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Powiatowy Inspektor Nadzoru Budowlanego w ...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inwestor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właściciel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zarządca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Wnioskodawca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lub nazwa, adres, telefon, e-mail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Pełnomocnik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jeżeli jest; pełnomocnictwo w załączeniu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lub jego część, adres, nr działki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Postanowienie o wstrzymaniu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organ, znak sprawy, data wydania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doręczenia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niej biegnie 30 dni (art. 48a ust. 1)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budowa w toku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budowa zakończona dnia ....................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wniesiono zażalenie, postanowienie ostateczne od dnia ................ (art. 48a ust. 3)        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48a ust. 1 Prawa budowlanego wnoszę o legalizację obiektu budowlanego opisanego powyżej oraz o nałożenie postanowieniem obowiązku przedłożenia dokumentów legalizacyjnych (art. 48b ust. 1). Wiem, że wniosek mogę wycofać do dnia wydania decyzji o legalizacji (art. 48a ust. 2).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Dokumenty legalizacyjne do przedłożenia po postanowieniu (lista pomocnicza, poza wnioskiem; termin niekrótszy niż 60 dni, art. 48b ust. 1)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Budowa wymagająca pozwolenia lub z art. 29 ust. 1 pkt 1–3 (art. 48b ust. 2):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zaświadczenie wójta, burmistrza albo prezydenta miasta o zgodności budowy z ustaleniami miejscowego planu zagospodarowania przestrzennego i innych aktów prawa miejscowego albo, w braku planu, z decyzją o warunkach zabudowy i zagospodarowania terenu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zagospodarowania działki lub terenu i projekt architektoniczno-budowlany w 3 egzemplarzach albo elektronicznie, oświadczenie o prawie do dysponowania nieruchomością na cele budowlane i, na terenach zamkniętych, postanowienie o uzgodnieniu (art. 33 ust. 2 pkt 1, 2 i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dwa egzemplarze projektu technicznego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Pozostałe budowy (art. 48b ust. 3): zaświadczenie wójta jak wyżej, oświadczenie z art. 32 ust. 4 pkt 2 o prawie do dysponowania nieruchomością i projekt zagospodarowania działki lub terenu.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Opłata legalizacyjna (informacja, art. 49 i 49d)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Opłatę ustala postanowieniem organ po sprawdzeniu dokumentów, a decyzję o legalizacji wydaje po jej uiszczeniu (art. 49 ust. 2a i 4). Budowa wymagająca pozwolenia lub z art. 29 ust. 1 pkt 1–3: 500 zł × 50 × k × w, czyli 25 000 zł × k × w (art. 49d ust. 1 pkt 1, art. 59f); dom jednorodzinny (kategoria I: k = 2,0, w = 1,0) to 50 000 zł. Budowa z art. 29 ust. 1 pkt 4–10, 12, 14–18 i 29: 5000 zł. Pkt 11, 13, 19–21 i 28 oraz instalowanie z art. 29 ust. 3 pkt 3 lit. a i b: 2500 zł.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Załączniki: pełnomocnictwo (jeżeli jest), kopia postanowienia o wstrzymaniu budowy. Inne: .........................................................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wnioskodawcy (pełnomocnika) i data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WNIOSEK O WSZCZĘCIE UPROSZCZONEGO POSTĘPOWANIA LEGALIZACYJNEGO (PB-15)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Podstawa prawna: art. 53a ust. 2 w zw. z ust. 3 ustawy z dnia 7 lipca 1994 r. – Prawo budowlane.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NADZORU BUDOWLANEGO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Powiatowy Inspektor Nadzoru Budowlanego w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WŁAŚCICIELA/ZARZĄDCY¹⁾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WŁAŚCICIELA/ZARZĄDCY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właściciela/zarządcy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właściciel/zarządca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DANE DOTYCZĄCE OBIEKTU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zakończenia budowy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obiektu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rodzaj obiektu, powierzchnia zabudowy, liczba kondygnacji, rok wybudowania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DANE NIERUCHOMOŚCI, NA KTÓREJ ZNAJDUJE SIĘ OBIEKT¹⁾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479"/>
        <w:gridCol w:w="1282"/>
        <w:gridCol w:w="1282"/>
        <w:gridCol w:w="1775"/>
        <w:gridCol w:w="887"/>
        <w:gridCol w:w="1775"/>
        <w:gridCol w:w="1381"/>
      </w:tblGrid>
      <w:tr>
        <w:trPr>
          <w:cantSplit/>
        </w:trPr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147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ewidencyjnej³⁾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właściciela/zarządcy (opłacone zgodnie z ustawą z dnia 16 listopada 2006 r. o opłacie skarbowej) – jeżeli właściciel/zarządca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 –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PODPIS WŁAŚCICIELA/ZARZĄDCY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wniosku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właściciela/zarządcy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właścicieli, zarządców, pełnomocników lub nieruchomości dane kolejnych właścicieli, zarządców, pełnomocników lub nieruchomości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W przypadku formularza w postaci papierowej zamiast identyfikatora działki ewidencyjnej można wskazać jednostkę ewidencyjną, obręb ewidencyjny i numer działki ewidencyjnej oraz arkusz mapy, jeżeli występuje.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Informacja (nie jest częścią formularza PB-15): uproszczone postępowanie dotyczy budowy bez pozwolenia lub zgłoszenia albo pomimo sprzeciwu, zakończonej co najmniej 20 lat temu (art. 49f ust. 1). Po wszczęciu organ nakłada postanowieniem obowiązek przedłożenia w terminie niekrótszym niż 60 dni: oświadczenia z art. 32 ust. 4 pkt 2, geodezyjnej inwentaryzacji powykonawczej i ekspertyzy technicznej o stanie obiektu (art. 49g ust. 1 i 2).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Legalizację Obiektu Budowlanego I Wniosek O Wszczęcie Uproszczonego Postępowania Legalizacyjnego (Pb-15)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