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POZWOLENIE NA BUDOWĘ (PB-1)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pola według wzoru z załącznika do rozporządzenia Ministra Finansów i Gospodarki z dnia 17 lutego 2026 r. (Dz.U. 2026 poz. 255); podstawa prawna: art. 28 ust. 1 w zw. z art. 32 i art. 33 ust. 2 i 2c ustawy z dnia 7 lipca 1994 r. – Prawo budowlane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ORGAN ADMINISTRACJI ARCHITEKTONICZNO-BUDOWLANEJ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2.1. DANE INWESTORA¹⁾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lub nazwa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2.2. DANE INWESTORA (DO KORESPONDENCJI)¹⁾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adres do korespondencji inwestora jest inny niż wskazany w pkt 2.1.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DANE PEŁNOMOCNIKA / PEŁNOMOCNIKA DO DORĘCZEŃ¹⁾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Wypełnia się, jeżeli inwestor działa przez pełnomocnika.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pełnomocnik do doręczeń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789"/>
        <w:gridCol w:w="1282"/>
        <w:gridCol w:w="1085"/>
        <w:gridCol w:w="1085"/>
        <w:gridCol w:w="1578"/>
        <w:gridCol w:w="789"/>
        <w:gridCol w:w="789"/>
        <w:gridCol w:w="1282"/>
        <w:gridCol w:w="1183"/>
      </w:tblGrid>
      <w:tr>
        <w:trPr>
          <w:cantSplit/>
        </w:trPr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Kraj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lokalu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789"/>
          </w:tcPr>
          <w:p/>
        </w:tc>
        <w:tc>
          <w:tcPr>
            <w:tcW w:type="dxa" w:w="789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do doręczeń elektronicznych²⁾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E-mail (nieobowiązkowo)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tel. (nieobowiązkowo)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RODZAJ ZAMIERZENIA BUDOWLANEGO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Należy wskazać właściwe. Jeżeli zamierzenie obejmuje kilka rodzajów robót budowlanych, należy wskazać wszystkie właściwe.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Budowa nowego obiektu budowlanego.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Rozbudowa istniejącego obiektu budowlanego.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Nadbudowa istniejącego obiektu budowlanego.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Odbudowa obiektu budowlanego.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Wykonanie robót budowlanych innych niż wymienione.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NAZWA ZAMIERZENIA BUDOWLANEGO³⁾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zamierzenia budowlanego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DANE NIERUCHOMOŚCI (MIEJSCE WYKONYWANIA ROBÓT BUDOWLANYCH)¹⁾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479"/>
        <w:gridCol w:w="1282"/>
        <w:gridCol w:w="1282"/>
        <w:gridCol w:w="1775"/>
        <w:gridCol w:w="887"/>
        <w:gridCol w:w="1775"/>
        <w:gridCol w:w="1381"/>
      </w:tblGrid>
      <w:tr>
        <w:trPr>
          <w:cantSplit/>
        </w:trPr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Województwo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Powiat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Gmina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Ulica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domu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Miejscowość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pocztowy</w:t>
            </w:r>
          </w:p>
        </w:tc>
      </w:tr>
      <w:tr>
        <w:trPr>
          <w:trHeight w:val="481" w:hRule="atLeast"/>
          <w:cantSplit/>
        </w:trPr>
        <w:tc>
          <w:tcPr>
            <w:tcW w:type="dxa" w:w="1479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775"/>
          </w:tcPr>
          <w:p/>
        </w:tc>
        <w:tc>
          <w:tcPr>
            <w:tcW w:type="dxa" w:w="887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Identyfikator działki ewidencyjnej⁴⁾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o posiadanym prawie do dysponowania nieruchomością na cele budowlane.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Pełnomocnictwo do reprezentowania inwestora (opłacone zgodnie z ustawą z dnia 16 listopada 2006 r. o opłacie skarbowej) – jeżeli inwestor działa przez pełnomocnika.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uiszczenia opłaty skarbowej – jeżeli obowiązek uiszczenia takiej opłaty wynika z ustawy z dnia 16 listopada 2006 r. o opłacie skarbowej.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zagospodarowania działki lub terenu oraz projekt architektoniczno-budowlany (w postaci papierowej w 3 egzemplarzach albo w postaci elektronicznej).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o warunkach zabudowy i zagospodarowania terenu – jeżeli jest ona wymagana zgodnie z przepisami o planowaniu i zagospodarowaniu przestrzennym⁵⁾.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(wymagane przepisami prawa): 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PODPIS INWESTORA (PEŁNOMOCNIKA) I DATA PODPISU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Podpis powinien być czytelny. Podpis i datę podpisu umieszcza się w przypadku składania wniosku w postaci papierowej.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inwestora (pełnomocnika) i data podpisu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¹⁾ W przypadku większej liczby inwestorów, pełnomocników lub nieruchomości dane kolejnych inwestorów, pełnomocników lub nieruchomości dodaje się w formularzu albo zamieszcza na osobnych stronach i dołącza do formularza.  ²⁾ W przypadku określonym w art. 147 ust. 1 ustawy z dnia 18 listopada 2020 r. o doręczeniach elektronicznych w razie braku adresu do doręczeń elektronicznych wskazuje się adres skrzynki ePUAP. Możliwość doręczania korespondencji na skrzynkę ePUAP obowiązuje do dnia określonego w tym przepisie.  ³⁾ Nazwa powinna w sposób ogólny określać zamierzenie budowlane, np. „Zespół budynków jednorodzinnych wraz z infrastrukturą”.  ⁴⁾ W przypadku formularza w postaci papierowej zamiast identyfikatora działki ewidencyjnej można wskazać jednostkę ewidencyjną, obręb ewidencyjny i numer działki ewidencyjnej oraz arkusz mapy, jeżeli występuje.  ⁵⁾ Zamiast oryginału można dołączyć kopię dokumentu.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Inne załączniki z art. 33 ust. 2 Prawa budowlanego (lista pomocnicza do pola „Inne”, poza formularzem PB-1)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Opinie, uzgodnienia, pozwolenia i inne dokumenty wymagane przepisami odrębnych ustaw albo ich kopie (art. 33 ust. 2 pkt 1).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Pozwolenie wojewódzkiego konserwatora zabytków albo jego zaświadczenie o zgłoszeniu bez sprzeciwu, gdy roboty z art. 29 ust. 1–4 dotyczą obiektu wpisanego do rejestru zabytków (art. 29 ust. 7 pkt 1).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Wynik audytu bezpieczeństwa ruchu drogowego i uzasadnienie zarządcy drogi albo oświadczenie zarządcy drogi, przy drogach publicznych (pkt 7 i 7a).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urbanistyczna, jeżeli jej zawarcie jest wymagane zgodnie z miejscowym planem rewitalizacji (pkt 8).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projektanta o możliwości podłączenia obiektu do istniejącej sieci ciepłowniczej, gdy obiekt będzie korzystać z ciepła do ogrzewania lub ciepłej wody (pkt 10).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inwestora dotyczące budowli ochronnej albo miejsca doraźnego schronienia, przy obiektach z art. 93–95 ustawy o ochronie ludności i obronie cywilnej (pkt 13).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 projektów dołącza się kopie uprawnień budowlanych i zaświadczeń z izby samorządu zawodowego projektanta i projektanta sprawdzającego oraz oświadczenie projektanta o sporządzeniu projektu zgodnie z przepisami i zasadami wiedzy technicznej (art. 34 ust. 3d). Zamiast oryginałów dokumentów z art. 33 ust. 2 pkt 3, 4 i 7–10 można dołączyć kopie (ust. 2b).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Pozwolenie Na Budowę (Pb-1)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