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WNIOSEK O POZWOLENIE NA ROZBIÓRKĘ (PB-3)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pola według wzoru z załącznika do rozporządzenia Ministra Finansów i Gospodarki z dnia 18 lutego 2026 r. (Dz.U. 2026 poz. 256); podstawa prawna: art. 30b ust. 1 w zw. z ust. 4 ustawy z dnia 7 lipca 1994 r. – Prawo budowlane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ORGAN ADMINISTRACJI ARCHITEKTONICZNO-BUDOWLANEJ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Starosta ...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2.1. DANE INWESTORA¹⁾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lub nazwa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2.2. DANE INWESTORA (DO KORESPONDENCJI)¹⁾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adres do korespondencji inwestora jest inny niż wskazany w pkt 2.1.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DANE PEŁNOMOCNIKA / PEŁNOMOCNIKA DO DORĘCZEŃ¹⁾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inwestor działa przez pełnomocnika.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do doręczeń        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INFORMACJE O ROZBIÓRCE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Obiekt budowlany przeznaczony do rozbiórki, np. „Rozbiórka budynku magazynowego”.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DANE NIERUCHOMOŚCI (MIEJSCE WYKONYWANIA ROZBIÓRKI)¹⁾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479"/>
        <w:gridCol w:w="1282"/>
        <w:gridCol w:w="1282"/>
        <w:gridCol w:w="1775"/>
        <w:gridCol w:w="887"/>
        <w:gridCol w:w="1775"/>
        <w:gridCol w:w="1381"/>
      </w:tblGrid>
      <w:tr>
        <w:trPr>
          <w:cantSplit/>
        </w:trPr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1479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887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Identyfikator działki ewidencyjnej³⁾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Zgoda właściciela obiektu budowlanego⁴⁾.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Szkic usytuowania obiektu budowlanego.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Opis zakresu i sposobu prowadzenia robót rozbiórkowych.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Opis sposobu zapewnienia bezpieczeństwa ludzi i mienia.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rozbiórki – w zależności od potrzeb⁴⁾.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Pełnomocnictwo do reprezentowania inwestora (opłacone zgodnie z ustawą z dnia 16 listopada 2006 r. o opłacie skarbowej) – jeżeli inwestor działa przez pełnomocnika.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Potwierdzenie uiszczenia opłaty skarbowej – jeżeli obowiązek uiszczenia takiej opłaty wynika z ustawy z dnia 16 listopada 2006 r. o opłacie skarbowej.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Decyzja Generalnego Konserwatora Zabytków o skreśleniu obiektu z rejestru zabytków – w przypadku obiektu wpisanego do rejestru zabytków.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Pozwolenia, uzgodnienia, opinie i inne dokumenty, których obowiązek dołączenia wynika z przepisów odrębnych ustaw⁴⁾, ⁵⁾: 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PODPIS INWESTORA (PEŁNOMOCNIKA) I DATA PODPISU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Podpis powinien być czytelny. Podpis i datę podpisu umieszcza się w przypadku składania wniosku w postaci papierowej.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inwestora (pełnomocnika) i data podpisu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¹⁾ W przypadku większej liczby inwestorów, pełnomocników lub nieruchomości dane kolejnych inwestorów, pełnomocników lub nieruchomości dodaje się w formularzu albo zamieszcza na osobnych stronach i dołącza do formularza.  ²⁾ W przypadku określonym w art. 147 ust. 1 ustawy z dnia 18 listopada 2020 r. o doręczeniach elektronicznych w razie braku adresu do doręczeń elektronicznych wskazuje się adres skrzynki ePUAP. Możliwość doręczania korespondencji na skrzynkę ePUAP obowiązuje do dnia określonego w tym przepisie.  ³⁾ W przypadku formularza w postaci papierowej zamiast identyfikatora działki ewidencyjnej można wskazać jednostkę ewidencyjną, obręb ewidencyjny i numer działki ewidencyjnej oraz arkusz mapy, jeżeli występuje.  ⁴⁾ Zamiast oryginału można dołączyć kopię dokumentu.  ⁵⁾ Nie dotyczy uzgodnień i opinii uzyskiwanych w ramach oceny oddziaływania przedsięwzięcia na środowisko albo oceny oddziaływania przedsięwzięcia na obszar Natura 2000.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Przed złożeniem wniosku (lista pomocnicza, poza formularzem PB-3)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Obiekt wymaga pozwolenia: nie mieści się w art. 31 ust. 1 (budynek lub budowla poniżej 8 m w odległości od granicy działki co najmniej połowy wysokości, napowietrzna linia powyżej 1 kV i poniżej 110 kV) albo jest wpisany do rejestru zabytków lub objęty ochroną konserwatorską (art. 31 ust. 1b).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Obiekt ujęty w gminnej ewidencji zabytków: pozwolenie wydaje się w uzgodnieniu z wojewódzkim konserwatorem zabytków, który zajmuje stanowisko w 30 dni (art. 39 ust. 3 i 4).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Linia przesyłowa elektroenergetyczna, gazociąg przesyłowy, rurociąg dalekosiężny: zgoda właściwego ministra przed wydaniem decyzji (art. 32 ust. 1 pkt 3 i 4).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Kierownik budowy ustanowiony dla rozbiórki objętej decyzją (art. 42 ust. 1 pkt 2 lit. ca); dziennik budowy wydaje organ w 3 dni robocze, nie wcześniej niż w dniu, w którym decyzja stała się wykonalna (art. 47g ust. 5 pkt 1 lit. a).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rozpoczęciem rozbiórki kierownik budowy zabezpiecza teren, potwierdza wpisem w dzienniku otrzymanie projektu rozbiórki, o ile jest wymagany, i umieszcza tablicę informacyjną (art. 45a ust. 1).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Rozbiórkę można rozpocząć po uzyskaniu decyzji o pozwoleniu na rozbiórkę (art. 30b ust. 1 Prawa budowlanego). Roboty zabezpieczające i rozbiórkowe można rozpocząć wcześniej tylko w celu usunięcia bezpośredniego zagrożenia bezpieczeństwa ludzi lub mienia, a decyzję trzeba wtedy uzyskać bezzwłocznie (art. 31a).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Pozwolenie Na Rozbiórkę (Pb-3)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