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PRZEDŁUŻENIE TERMINU WYKONANIA ROBÓT BUDOWLANYCH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wniosek wykonawcy o zmianę terminu umownego (art. 77 § 1, art. 476 i art. 651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pisma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Postanowienie umowy o zmianie terminu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§, ust.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na złożenie wniosku z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jeśli umowa go określa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Termin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zakończenia robót według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albo liczba dni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Wnioskowany termin zakończenia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Dotyczy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całości robót / etapu / terminu pośredniego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dni przedłużenia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Przyczyny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opóźnione przekazanie terenu budowy, dokumentacji lub frontu robót przez zamawiającego (art. 647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braki lub błędy w dokumentacji, brak odpowiedzi na pytania albo brak decyzji zamawiającego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dodatkowe lub zamienne (protokół konieczności nr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przestoje spowodowane przez innych wykonawców zamawiającego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warunki atmosferyczne wykluczające technologię robót, jeśli umowa je przewiduje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przeszkody zgłoszone pismem z art. 651 KC z dnia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Zdarzenia, które opóźniły roboty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058"/>
        <w:gridCol w:w="1085"/>
        <w:gridCol w:w="1085"/>
        <w:gridCol w:w="1183"/>
        <w:gridCol w:w="295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05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Zdarzenie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Dni przesunięcia robót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Dowód (wpis w dzienniku, pismo, protokół)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058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058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058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058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058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058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95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Wpisz tylko dni, o które zdarzenie przesunęło zakończenie robót. Dni, w których ekipa pracowała na innym froncie, nie przesuwają terminu, a nakładające się zdarzenia licz raz.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Wnioski wykonawcy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zawarcie aneksu zmieniającego termin zakończenia robót na wskazany w pkt 2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aktualizacja harmonogramu rzeczowo-finansowego (w załączeniu)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nienaliczanie kar umownych za dni opóźnienia wskazane w pkt 4, wynikające z okoliczności, za które wykonawca nie odpowiada (art. 476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wyznaczenie terminu narady w sprawie zmiany terminu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odpowiedzi zamawiającego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proponowana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do kontaktu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telefon,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kopie wpisów w dzienniku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kopie pism i zawiadomień z art. 651 KC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z narad lub rad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zaktualizowany harmonogram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wykonawcę (imię, nazwisko, funkcja, podpis)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 wniosku przez zamawiającego (data, podpis) albo dowód nadania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Zmiana umowy wymaga zachowania takiej formy, jaką ustawa lub strony przewidziały w celu jej zawarcia (art. 77 § 1 KC); umowa o roboty budowlane powinna być stwierdzona pismem (art. 648 § 1 KC). Dłużnik nie dopuszcza się zwłoki, gdy opóźnienie jest następstwem okoliczności, za które nie ponosi odpowiedzialności (art. 476 KC). W zamówieniu publicznym zmiana umowy bez nowego postępowania jest dopuszczalna m.in. wtedy, gdy przewidziano ją w dokumentach zamówienia w jasnych, precyzyjnych i jednoznacznych postanowieniach umownych (art. 455 ust. 1 pkt 1 Pzp).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Przedłużenie Terminu Wykonania Robót Budowlanych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