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PRZEDŁUŻENIE ZAŚWIADCZENIA KWALIFIKACYJNEGO UDT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lista kontrolna i rejestr terminów · dokument pomocniczy, nie jest wnioskiem (urzędowy wzór wniosku: załącznik nr 4 do rozporządzenia z 21 maja 2019 r., formularz UDT albo portal eUDT)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Wniosek składa osoba, na którą wydano zaświadczenie: przez portal eUDT (konto imienne, podpis profilem zaufanym albo kwalifikowanym podpisem elektronicznym) albo na formularzu papierowym, wysłanym do jednostki, która wydała zaświadczenie (UDT, TDT albo WDT). Formularz i instrukcje są na udt.gov.pl w zakładce „Przedłużanie okresu ważności zaświadczeń kwalifikacyjnych”. Przedłużenie jest bezpłatne (art. 23 ust. 2a ustawy o dozorze technicznym).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Zaświadczenie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osoby, na którą wydano zaświadczenie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zaświadczenia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z karty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urządzenia technicznego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zgodnie z zał. nr 3, kolumna b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obsługa albo konserwacja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Jednostka, która wydała zaświadczenie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UDT, TDT albo WDT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ważności po przedłużeniu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5 albo 10 lat wg zał. nr 3, kolumna c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Terminy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Najwcześniej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2 lata przed datą „ważne do” (informacja UDT)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Najpóźniej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3 miesiące przed datą „ważne do” (art. 23 ust. 2c pkt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złożenia wniosku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UPO z eUDT albo data nadania listu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Wniosek złożony później niż 3 miesiące przed końcem ważności nie przedłuży zaświadczenia (informacja UDT). Wtedy pozostaje nowy egzamin przed komisją kwalifikacyjną na wniosek o sprawdzenie kwalifikacji, za który pobiera się opłatę (art. 23 ust. 3 i 4 ustawy o dozorze technicznym).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Warunek przedłużenia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osoba wykonywała czynności w zakresie zaświadczenia przez co najmniej 3 lata w okresie ostatnich 5 lat jego ważności (art. 23 ust. 2c pkt 2 ustawy o dozorze technicznym)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osoba złoży oświadczenie z klauzulą o odpowiedzialności karnej z art. 233 § 6 Kodeksu karnego (art. 23 ust. 2d); oświadczenie jest częścią C formularza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jeden wniosek dotyczy jednego zaświadczenia (informacja UDT)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Sprawdź przed wysłaniem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numer i zakres zaświadczenia (obsługa albo konserwacja) zgodne z kartą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rodzaj urządzenia zgodny z kolumną b załącznika nr 3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zaznaczona jednostka, która wydała zaświadczenie (część 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dane z części B: nazwisko, imię, PESEL; bez PESEL rodzaj i numer dokumentu tożsamości, data urodzenia i obywatelstwo; adres do korespondencji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data wypełnienia i podpis wnioskodawcy; w eUDT podpis profilem zaufanym albo podpisem kwalifikowanym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wniosku albo UPO zachowane w dokumentach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 złożeniu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jednostka może wezwać do uzupełnienia wniosku w terminie 7 dni; bez uzupełnienia postępowanie się kończy (informacja UDT)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nowy okres ważności liczy się od dnia upływu dotychczasowego zaświadczenia (§ 7 ust. 4 rozporządzenia z 21 maja 2019 r.)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przedłużenie obejmuje zakres, w którym spełniono warunek praktyki (§ 7 ust. 3); wydaje się nowe zaświadczenie (§ 7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pracodawca wpisuje nową datę ważności do rejestru uprawnień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Rejestr przedłużeń zaświadczeń UDT w firmie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Rejestr prowadzi pracodawca albo generalny wykonawca, żeby pilnować terminów. Wniosek składa sam operator lub konserwator. Wersja z formułami liczącymi terminy jest w pliku XLSX.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775"/>
        <w:gridCol w:w="1282"/>
        <w:gridCol w:w="1775"/>
        <w:gridCol w:w="986"/>
        <w:gridCol w:w="1085"/>
        <w:gridCol w:w="1282"/>
        <w:gridCol w:w="118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zaświadczenia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 i zakres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Ważne do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Złożyć najpóźniej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Złożono: data, sposób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Nowa data ważności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Przedłużenie Zaświadczenia Kwalifikacyjnego Udt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