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ZMIANĘ (WALORYZACJĘ) WYNAGRODZENIA WYKONAWCY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 powodu zmiany cen materiałów lub kosztów (klauzula waloryzacyjna z umowy, art. 439 Prawa zamówień publicznych)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pisma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Postanowienie umowy o zmianie wynagrodzenia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§, ust.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wynagrodzenia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ryczałtowe / kosztorysowe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Podstawa wniosku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klauzula waloryzacyjna w umowie w sprawie zamówienia publicznego (art. 439 ust. 1 i 2 Pzp)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klauzula waloryzacyjna w umowie prywatnej (§ ........ umowy)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podwykonawca: zmiana wynagrodzenia wykonawcy na podstawie art. 439 ust. 1–3 Pzp, która dotyczy także zobowiązania podwykonawcy (art. 439 ust. 5 Pzp)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klauzuli: propozycja zmiany umowy porozumieniem stron (aneks, art. 77 § 1 KC)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Wskaźnik i okres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Wskaźnik albo inna podstawa z umowy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komunikat Prezesa GUS, wykaz materiałów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Poziom zmiany uprawniający do żądania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 umowy, %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Początkowy termin ustalenia zmiany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 umowy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Okres, za który wnioskuję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... do ...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Wyliczenie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565"/>
        <w:gridCol w:w="1479"/>
        <w:gridCol w:w="1479"/>
        <w:gridCol w:w="986"/>
        <w:gridCol w:w="1381"/>
        <w:gridCol w:w="1973"/>
      </w:tblGrid>
      <w:tr>
        <w:trPr>
          <w:cantSplit/>
        </w:trPr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Materiał lub koszt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Cena / koszt w ofercie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Cena / koszt aktualny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Zmiana %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Udział w wynagrodzeniu %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Wpływ na wynagrodzenie (zł)</w:t>
            </w:r>
          </w:p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Wnioskowana zmiana wynagrodzenia netto (zł)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Maksymalna wartość zmiany z umowy (zł albo %)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Wynagrodzenie netto po zmianie (zł)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 kiedy zmiana ma obowiązywać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Zmiana ceny materiałów lub kosztów oznacza zarówno wzrost, jak i obniżenie względem ceny lub kosztu przyjętych w ofercie (art. 439 ust. 4 Pzp). Wykonawca, którego wynagrodzenie zmieniono na podstawie art. 439 ust. 1–3 Pzp, zmienia wynagrodzenie podwykonawcy w odpowiednim zakresie, gdy umowa podwykonawcza dotyczy robót budowlanych, dostaw lub usług i trwa dłużej niż 6 miesięcy (art. 439 ust. 5 Pzp).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Wnioski i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zawarcie aneksu zmieniającego wynagrodzenie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wyznaczenie spotkania w sprawie wyliczenia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komunikaty GUS lub inne dane o zmianie cen (w załączeniu)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faktury zakupu materiałów i kosztorys ofertowy (w załączeniu)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Bez klauzuli waloryzacyjnej przy wynagrodzeniu ryczałtowym wykonawca nie może żądać podwyższenia wynagrodzenia (art. 632 § 1 KC); jeśli jednak wskutek zmiany stosunków, której nie można było przewidzieć, wykonanie groziłoby mu rażącą stratą, sąd może podwyższyć ryczałt lub rozwiązać umowę (art. 632 § 2 KC). Podobną możliwość przy nadzwyczajnej zmianie stosunków daje art. 357¹ KC.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 wykonawcę (imię, nazwisko, funkcja, podpis)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 wniosku przez zamawiającego (data, podpis) albo dowód nadania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Zmianę (Waloryzację) Wynagrodzenia Wykonawcy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