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WYDANIE DECYZJI O NIEZBĘDNOŚCI WEJŚCIA DO SĄSIEDNIEGO BUDYNKU, LOKALU LUB NA TEREN SĄSIEDNIEJ NIERUCHOMOŚCI (PB-14)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224); podstawa prawna: art. 47 ust. 2 w zw. z ust. 2a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Starosta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OKREŚLENIE PRAC PRZYGOTOWAWCZYCH LUB ROBÓT BUDOWLANYCH UZASADNIAJĄCYCH WYDANIE WNIOSKOWANEJ DECYZJI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montaż rusztowania elewacyjnego przy ścianie szczytowej i docieplenie ściany; pas terenu o szerokości ... m i długości ... m; okres od ... do ...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OZNACZENIE SĄSIEDNIEGO/SĄSIEDNIEJ³⁾ BUDYNKU/LOKALU/NIERUCHOMOŚCI³⁾, KTÓREGO/KTÓREJ³⁾ DOTYCZY WNIOSEK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282"/>
        <w:gridCol w:w="1183"/>
        <w:gridCol w:w="1183"/>
        <w:gridCol w:w="1578"/>
        <w:gridCol w:w="789"/>
        <w:gridCol w:w="789"/>
        <w:gridCol w:w="1479"/>
        <w:gridCol w:w="1183"/>
      </w:tblGrid>
      <w:tr>
        <w:trPr>
          <w:cantSplit/>
        </w:trPr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479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ewidencyjnej⁴⁾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INFORMACJE O PODSTAWIE PRAWNEJ ROBÓT BUDOWLANYCH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Należy wskazać np. informacje o decyzji o pozwoleniu na budowę lub zgłoszeniu.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albo zgłoszenie (organ, data, numer, znak sprawy)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UZASADNIENIE WNIOSKU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Uzasadnienie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dlaczego wejście jest niezbędne, jakie próby uzgodnienia warunków z właścicielem (najemcą) podjęto i z jakim skutkiem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Inne⁵⁾: 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 lub pełnomocników dane kolejnych inwestorów lub pełnomocników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Niepotrzebne skreślić.  ⁴⁾ W przypadku formularza w postaci papierowej zamiast identyfikatora działki ewidencyjnej można wskazać jednostkę ewidencyjną, obręb ewidencyjny i numer działki ewidencyjnej oraz arkusz mapy, jeżeli występuje.  ⁵⁾ Można dołączyć np. dokumenty potwierdzające podjęcie próby uzyskania zgody właściciela na wejście do sąsiedniego budynku, lokalu lub na teren sąsiedniej nieruchomości.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Porozumienie z właścicielem (najemcą) w sprawie wejścia na sąsiednią nieruchomość (wzór pomocniczy, poza formularzem PB-14)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Przed rozpoczęciem robót inwestor uzyskuje zgodę właściciela sąsiedniej nieruchomości, budynku lub lokalu (najemcy) na wejście i uzgadnia z nim przewidywany sposób, zakres i terminy korzystania z tych obiektów, a także ewentualną rekompensatę (art. 47 ust. 1 Prawa budowlanego). Przepisy nie określają wzoru tej zgody. Jeżeli warunków nie uzgodniono, inwestor składa wniosek PB-14 (art. 47 ust. 2).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Inwestor: imię i nazwisko lub nazwa,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 (najemca): imię i nazwisko lub nazwa,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Sąsiednia nieruchomość, budynek lub lokal: adres, nr działki ewidencyjnej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robót i osoba do kontaktu, telefon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prawna robót (pozwolenie na budowę albo zgłoszenie)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korzystania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ustawienie rusztowania, przejście pracowników, strefa niebezpieczna, składowanie materiałów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część działki, budynku lub lokalu, wymiary pasa terenu, załącznik graficzny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zakończenia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Godziny wejścia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Rekompensata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kwota i termin zapłaty albo informacja, że strony jej nie ustalają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 nieruchomości przed wejściem utrwalono w protokole z dokumentacją fotograficzną.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zakończeniu robót inwestor naprawi szkody powstałe w wyniku korzystania z nieruchomości, budynku lub lokalu, na zasadach Kodeksu cywilnego (art. 47 ust. 3 Prawa budowlanego).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ustalenia: 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właściciela (najemcy)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(osoby reprezentującej)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Kierownik budowy po zakończeniu robót składa oświadczenie o doprowadzeniu do należytego stanu i porządku terenu budowy, a także w razie korzystania sąsiedniej nieruchomości, budynku lub lokalu (art. 57 ust. 1 pkt 2 lit. b Prawa budowlanego).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Decyzji O Niezbędności Wejścia Do Sąsiedniego Budynku, Lokalu Lub Na Teren Sąsiedniej Nieruchomości (Pb-14)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