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WYDANIE ZEZWOLENIA NA ZAJĘCIE PASA DROGOWEGO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roboty w pasie drogowym (art. 40 ustawy o drogach publicznych; § 1 rozporządzenia Rady Ministrów z 1 czerwca 2004 r.)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sprawy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zarządca nadał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Zarządca drogi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zarządu drogi, kategoria drogi (krajowa, wojewódzka, powiatowa, gminna)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Wnioskodawca, czyli zajmujący pas drogowy (§ 1 ust. 2 pkt 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albo 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 albo siedziba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i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inny niż wnioskodawca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Cel zajęcia (art. 40 ust. 2 i § 1 ust. 2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prowadzenie robót w pasie drogowym (art. 40 ust. 2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umieszczenie liniowego urządzenia obcego (art. 40 ust. 2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umieszczenie urządzeń obcych innych niż liniowe (art. 40 ust. 2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zajęcie pasa drogowego na prawach wyłączności w innym celu (art. 40 ust. 2 pkt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robót i celu zajęcia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rodzaj robót, obiekt lub przyłącze, sposób zajęcia (rusztowanie, składowanie, maszyna, wykop)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Lokalizacja, powierzchnia i okres (§ 1 ust. 2 pkt 3 i 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Droga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lub ulica, odcinek (km lub numery posesji)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Strona drogi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lewa, prawa, obie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Zajęcie obejmuje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jezdnia, chodnik, droga rowerowa, pobocze, zieleniec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zajęcia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m² (długość x szerokość)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zajęcia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od-do, liczba dni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Wpływ na ruch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(zał. 2) albo nie (zał. 3)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3551"/>
        <w:gridCol w:w="1578"/>
        <w:gridCol w:w="1282"/>
        <w:gridCol w:w="1282"/>
        <w:gridCol w:w="1381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Etap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robót w etapie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Powierzchnia m²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Dni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3551"/>
          </w:tcPr>
          <w:p/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3551"/>
          </w:tcPr>
          <w:p/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3551"/>
          </w:tcPr>
          <w:p/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Załączniki (§ 1 ust. 3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1. Szczegółowy plan sytuacyjny w skali 1:1000 lub 1:500 z granicami i wymiarami planowanej powierzchni zajęcia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2. Zatwierdzony projekt organizacji ruchu, gdy zajęcie wpływa na ruch drogowy, ogranicza widoczność albo zmienia organizację ruchu pojazdów lub pieszych: nr ......... z dnia 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3. Informacja o sposobie zabezpieczenia robót, gdy projekt organizacji ruchu nie jest wymagany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4. Ogólny plan orientacyjny w skali 1:10 000 lub 1:25 000 z zaznaczonym zajmowanym odcinkiem pasa drogowego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5. Oświadczenie z punktu 5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6. Na żądanie zarządcy: projekt budowlany obiektu umieszczanego w pasie drogowym, harmonogram robót (§ 1 ust. 6)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Oświadczenie o podstawie robót (§ 1 ust. 5 pkt 2)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(zaznacz właściwe):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posiadam ważne pozwolenie na budowę obiektu umieszczanego w pasie drogowym: decyzja nr ......... z dnia ......... organu 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dokonano zgłoszenia budowy lub prowadzonych robót właściwemu organowi administracji architektoniczno-budowlanej: z dnia ......... organ 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zamierzam wybudować przyłącza elektroenergetyczne, wodociągowe, kanalizacyjne, gazowe, cieplne lub telekomunikacyjne, dla których sporządzono plan sytuacyjny na kopii aktualnej mapy zasadniczej lub jednostkowej przyjętej do państwowego zasobu geodezyjnego i kartograficznego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Wniosek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40 ust. 1 i 2 ustawy z dnia 21 marca 1985 r. o drogach publicznych wnoszę o wydanie zezwolenia na zajęcie pasa drogowego w zakresie opisanym w punktach 2 i 3. Wnoszę o ustalenie w zezwoleniu sposobu zabezpieczenia zajmowanego pasa drogowego oraz warunków jego przywrócenia do poprzedniego stanu użyteczności (§ 2 ust. 2 rozporządzenia).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Zobowiązania wnioskodawcy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zapewnię bezpieczne warunki ruchu i przywrócę pas drogowy do poprzedniego stanu użyteczności w terminie określonym w zezwoleniu (art. 40 ust. 15)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przyjmuję, że opłatę ustala w decyzji zarządca drogi (art. 40 ust. 3 i 11) i że wnoszę ją w terminie 14 dni od dnia, w którym decyzja stała się ostateczna (art. 40 ust. 13)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przyjmuję do wiadomości, że zezwolenie określa sposób odbioru odcinka pasa drogowego i zasady usuwania usterek powstałych w ciągu 24 miesięcy od odbioru (§ 2 ust. 3)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wnioskodawcy lub osoby upoważnionej (pieczęć)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Wniosek składa się przed planowanym zajęciem pasa (§ 1 ust. 1). Zezwolenie jest decyzją administracyjną (art. 40 ust. 1). Za zajęcie bez zezwolenia, po terminie albo na większej powierzchni niż w zezwoleniu zarządca wymierza karę w wysokości 10-krotności opłaty (art. 40 ust. 12). Stawki opłat za 1 m² ustala dla dróg samorządowych organ stanowiący jednostki samorządu terytorialnego uchwałą (art. 40 ust. 8), a dla dróg GDDKiA minister w rozporządzeniu (ust. 7); wzór nie podaje stawek.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Zezwolenia Na Zajęcie Pasa Drogowego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