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ZATWIERDZENIE PROJEKTU ORGANIZACJI RUCHU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czasowa organizacja ruchu na czas robót (rozporządzenie Ministra Infrastruktury w sprawie szczegółowych warunków zarządzania ruchem na drogach)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organ nadał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zarządzający ruchem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adres; dla drogi wewnętrznej podmiot nią zarządzający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Wnioskodawca i jego rola (§ 4 ust.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albo 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 albo siedziba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i e-mail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Projektant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(§ 5 ust. 1 pkt 7)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inwestor (pkt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osoba realizująca zamówienie zarządu drogi, organu zarządzającego ruchem albo inwestora (pkt 4):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zarząd drogi (pkt 1) albo podmiot zarządzający drogą wewnętrzną (pkt 2a)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Droga i zakres organizacji ruchu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Droga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lub ulica, odcinek, kategoria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Zarząd drogi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powoduje zmianę organizacji ruchu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Charakter organizacji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czasowa, stała, zmienna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wprowadzenia czasowej organizacji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Przywrócenie poprzedniej organizacji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(§ 5 ust. 1 pkt 6)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 jednym etapie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 ...... etapach; zakres robót i stan pasa po każdym etapie opisano w opisie technicznym (§ 5 ust. 1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uproszczony do robót utrzymaniowych bez całkowitego zamknięcia jezdni (§ 5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Zawartość projektu (§ 5 ust. 1), złożonego w ...... egzemplarzach (§ 7 ust. 1: co najmniej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orientacyjny w skali od 1:10 000 do 1:25 000 z zaznaczonymi drogami (pkt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sytuacyjny w skali 1:500 lub 1:1000 z lokalizacją znaków, urządzeń sygnalizacyjnych i urządzeń bezpieczeństwa ruchu oraz parametrami geometrii drogi (pkt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program sygnalizacji i obliczenia przepustowości, gdy projekt zawiera sygnalizację świetlną (pkt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zasady dokonywania zmian i sposób ich rejestracji, gdy organizacja jest zmienna albo zawiera znaki świetlne lub o zmiennej treści (pkt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opis techniczny: charakterystyka drogi i ruchu, zagrożenia i utrudnienia związane z robotami (pkt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terminy wprowadzenia czasowej organizacji i przywrócenia poprzedniej (pkt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nazwisko i podpis projektanta (pkt 7)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Opinie dołączone do projektu (§ 7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749"/>
        <w:gridCol w:w="2367"/>
        <w:gridCol w:w="2170"/>
        <w:gridCol w:w="1578"/>
      </w:tblGrid>
      <w:tr>
        <w:trPr>
          <w:cantSplit/>
        </w:trPr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Opinia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Wydał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Znak i 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Dołączono</w:t>
            </w:r>
          </w:p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Komendant Policji (wojewódzki, powiatowy albo miejski)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Zarząd drogi, jeżeli nie składa projektu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Organ zarządzający ruchem na drodze krzyżującej się lub objazdowej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Inna: ........................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Opinia Policji nie jest wymagana przy projekcie obejmującym wyłącznie drogi gminne, przy projekcie uproszczonym i przy drodze wewnętrznej (§ 7 ust. 3). Organ może w uzasadnionych przypadkach zażądać profilu podłużnego lub przekroju poprzecznego drogi, danych o natężeniu ruchu oraz dodatkowych egzemplarzy (§ 7 ust. 4).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Wniosek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Wnoszę o zatwierdzenie organizacji ruchu na podstawie załączonego projektu (§ 6 ust. 1) i o określenie terminu, w którym zatwierdzona organizacja ruchu powinna zostać wprowadzona (§ 8 ust. 7). Zatwierdzenie jest potrzebne do wniosku o zezwolenie na zajęcie pasa drogowego, gdy zajęcie wpływa na ruch lub jego organizację (§ 1 ust. 3 pkt 2 rozporządzenia Rady Ministrów z 1 czerwca 2004 r.).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Zobowiązania wnioskodawcy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znaki, urządzenia sygnalizacyjne i urządzenia bezpieczeństwa ruchu ustawione w związku z robotami umieszczę i utrzymam jako jednostka prowadząca prace (§ 11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zawiadomię organ zarządzający ruchem, zarząd drogi i właściwego komendanta Policji o terminie wprowadzenia organizacji ruchu co najmniej na 7 dni przed jej wprowadzeniem (§ 12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projekcie uproszczonym zawiadomię o planowanym rozpoczęciu prac, z datą, czasem i miejscem, co najmniej na 24 godziny przed rozpoczęciem (§ 12 ust. 2)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wnioskodawcy lub osoby upoważnionej (pieczęć)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Zawiadomienie o terminie wprowadzenia organizacji ruchu (§ 12 ust. 1 i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Zatwierdzona organizacja ruchu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znak i data zatwierdzenia, organ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wprowadzenia wyznaczony przez organ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8 ust. 7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Planowana data wprowadzenia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7 dni po zawiadomieniu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i miejsce rozpoczęcia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projekcie uproszczonym, co najmniej 24 godziny wcześniej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1578"/>
        <w:gridCol w:w="1578"/>
        <w:gridCol w:w="2762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Adresat zawiadomienia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wysłania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Potwierdzenie odbioru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Organ zarządzający ruchem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Zarząd drogi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Właściwy komendant Policji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 wprowadzającej organizację ruchu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Organ po rozpatrzeniu projektu może zatwierdzić organizację ruchu w całości lub w części, bez zmian albo po wprowadzeniu zmian lub wpisaniu uwag, odesłać projekt do poprawek albo go odrzucić (§ 8 ust. 2). Odrzuca projekt, gdy organizacja ruchu zagraża bezpieczeństwu ruchu drogowego albo jest niezgodna z przepisami o znakach, sygnałach i urządzeniach bezpieczeństwa ruchu (§ 8 ust. 5). Jeżeli w wyznaczonym terminie nie ma zawiadomienia o wprowadzeniu organizacji, organ informuje zarząd drogi o utracie ważności zatwierdzonej organizacji ruchu (§ 12 ust. 4). Projekty czasowych organizacji ruchu przechowuje się co najmniej 2 lata od przywrócenia stałej organizacji (§ 9 ust. 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Zatwierdzenie Projektu Organizacji Ruchu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