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ZWROT KAUCJI GWARANCYJNEJ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zwrot zatrzymanej części wynagrodzenia albo zwolnienie zabezpieczenia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Postanowienie o kaucji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§, ust. umowy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Forma kaucji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zatrzymanie z faktur / wpłata / gwarancja bankowa lub ubezpieczeniowa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 zwrotu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odbiór końcowy robót: protokół nr ........ z dnia ........ (część kaucji zwracana po odbiorze)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upływ okresu rękojmi / gwarancji w dniu ........ (pozostała część kaucji)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protokół przeglądu pogwarancyjnego / usunięcia wad nr ........ z dnia 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Kwota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4439"/>
        <w:gridCol w:w="1479"/>
        <w:gridCol w:w="345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43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 / tytuł zatrzymania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zatrzymana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439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439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439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439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do zwrotu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słownie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 gwarancji bankowej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dokumentu, gwarant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Żądanie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Wnoszę o zwrot kaucji gwarancyjnej w kwocie wskazanej w pkt 3 (albo o zwrot dokumentu gwarancji / oświadczenie o zwolnieniu zabezpieczenia) w terminie: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14 dni od doręczenia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bankowy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Jeżeli termin zwrotu nie jest oznaczony w umowie ani nie wynika z właściwości zobowiązania, świadczenie powinno być spełnione niezwłocznie po wezwaniu (art. 455 KC). Za opóźnienie w spełnieniu świadczenia pieniężnego wierzyciel może żądać odsetek (art. 481 § 1 KC, Dz.U. 2026 poz. 795).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protokół odbioru / przeglądu, wyliczenie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 (osoba upoważniona)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Kaucji Gwarancyjnej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