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WYZNACZENIE PRACOWNIKÓW DO UDZIELANIA PIERWSZEJ POMOCY ORAZ ZWALCZANIA POŻARÓW I EWAKUACJI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209[1] § 1 pkt 2 Kodeksu pracy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Pismo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 i miejsce pracy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/ miejsce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adres, obiekt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pracowników na budowie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 zmianie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Zmiany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7:00–15:00, 15:00–23:00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209[1] § 1 pkt 2 Kodeksu pracy wyznaczam niżej wymienionych pracowników do wykonywania działań w zakresie wskazanym w tabeli. Liczbę wyznaczonych, ich szkolenie i wyposażenie ustalono z uwzględnieniem rodzaju i poziomu zagrożeń na budowie (art. 209[1] § 2 i 3 KP).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Wyznaczeni pracownicy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367"/>
        <w:gridCol w:w="1775"/>
        <w:gridCol w:w="986"/>
        <w:gridCol w:w="1085"/>
        <w:gridCol w:w="1183"/>
        <w:gridCol w:w="197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 / brygada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Zmiana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Pierwsza pomoc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Pożar i ewakuacja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wyznaczonego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Szkolenie i wyposażenie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kurs pierwszej pomocy: data ............, organizator 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z ochrony przeciwpożarowej i ewakuacji: data 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apteczki: liczba ....., miejsca 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gaśnice i koce gaśnicze: liczba ....., miejsca 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łączność ze służbami ratunkowymi: telefon / radiotelefon (art. 209[1] § 1 pkt 3 KP)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Zastępstwa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Kto zastępuje wyznaczonych w czasie urlopu, choroby lub pracy na innej zmianie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zapewnia środki niezbędne do udzielania pierwszej pomocy, zwalczania pożarów i ewakuacji, wyznacza pracowników do tych działań i zapewnia łączność ze służbami zewnętrznymi (art. 209[1] § 1 KP). Działania dostosowuje się do rodzaju i zakresu działalności, liczby pracowników i innych osób oraz zagrożeń (art. 209[1] § 2 KP).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INFORMACJA DLA PRACOWNIKÓW (art. 207[1] § 1 pkt 3 i § 2 KP)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 dla służb ratunkowych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aktualizacji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170"/>
        <w:gridCol w:w="2959"/>
        <w:gridCol w:w="2367"/>
        <w:gridCol w:w="2367"/>
      </w:tblGrid>
      <w:tr>
        <w:trPr>
          <w:cantSplit/>
        </w:trPr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pracy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Telefon</w:t>
            </w:r>
          </w:p>
        </w:tc>
      </w:tr>
      <w:tr>
        <w:trPr>
          <w:trHeight w:val="481" w:hRule="atLeast"/>
          <w:cantSplit/>
        </w:trPr>
        <w:tc>
          <w:tcPr>
            <w:tcW w:type="dxa" w:w="217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Pierwsza pomoc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Pierwsza pomoc (zastępca)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i ewakuacja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17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i ewakuacja (zastępca)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9"/>
        <w:gridCol w:w="3946"/>
      </w:tblGrid>
      <w:tr>
        <w:trPr>
          <w:cantSplit/>
        </w:trPr>
        <w:tc>
          <w:tcPr>
            <w:tcW w:type="dxa" w:w="591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Numer alarmowy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Telefon</w:t>
            </w:r>
          </w:p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Numer alarmowy</w:t>
            </w:r>
          </w:p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Pogotowie ratunkowe</w:t>
            </w:r>
          </w:p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Straż pożarna</w:t>
            </w:r>
          </w:p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Kierownik budowy</w:t>
            </w:r>
          </w:p>
        </w:tc>
        <w:tc>
          <w:tcPr>
            <w:tcW w:type="dxa" w:w="394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Gaśnice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Punkt zbiórki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Wyłącznik prądu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Informacja o wyznaczonych pracownikach obejmuje imię i nazwisko, miejsce wykonywania pracy oraz numer telefonu służbowego lub innego środka komunikacji elektronicznej (art. 207[1] § 2 KP). Gdy na budowie pracują pracownicy kilku pracodawców, ustalają oni zasady współdziałania na wypadek zagrożeń (art. 208 § 1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Wyznaczenie Pracowników Do Udzielania Pierwszej Pomocy Oraz Zwalczania Pożarów I Ewakuacji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