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ŻĄDANIE PRZEDSTAWIENIA GWARANCJI ZAPŁATY ZA ROBOTY BUDOWLANE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art. 649¹–649⁵ Kodeksu cywilnego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Znak pisma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 i umowa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albo generalny 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generalny wykonawca albo podwykonawca: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 zawarcia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żądanie wykonawcy (generalnego wykonawcy) wobec inwestora (art. 649³ § 1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żądanie podwykonawcy wobec generalnego wykonawcy lub wykonawcy (art. 649⁵ w zw. z art. 649³ § 1 KC)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Kwota gwarancji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Na podstawie art. 649³ § 1 KC żądam przedstawienia gwarancji zapłaty do wysokości ewentualnego roszczenia z tytułu wynagrodzenia wynikającego z umowy oraz robót dodatkowych lub koniecznych do wykonania umowy, zaakceptowanych na piśmie: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2"/>
        <w:gridCol w:w="1973"/>
        <w:gridCol w:w="2959"/>
      </w:tblGrid>
      <w:tr>
        <w:trPr>
          <w:cantSplit/>
        </w:trPr>
        <w:tc>
          <w:tcPr>
            <w:tcW w:type="dxa" w:w="493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Tytuł (umowa, aneks, zlecenie robót dodatkowych)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akceptacji na piśmie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brutto (zł)</w:t>
            </w:r>
          </w:p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Wynagrodzenie z umowy</w:t>
            </w:r>
          </w:p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Roboty dodatkowe lub konieczne zaakceptowane na piśmie</w:t>
            </w:r>
          </w:p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/>
        </w:tc>
        <w:tc>
          <w:tcPr>
            <w:tcW w:type="dxa" w:w="1973"/>
          </w:tcPr>
          <w:p/>
        </w:tc>
        <w:tc>
          <w:tcPr>
            <w:tcW w:type="dxa" w:w="2959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Łączna kwota gwarancji zapłaty (zł)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Gwarancje już udzielone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rodzaj, numer, kwota (art. 649³ § 2 KC)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Forma i warunki gwarancji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gwarancja bankowa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gwarancja ubezpieczeniowa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akredytywa bankowa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poręczenie banku udzielone na zlecenie zamawiającego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Formy z art. 649¹ § 2 KC. Zaznacz akceptowane formy albo pozostaw wybór zamawiającemu.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Beneficjent gwarancji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wykonawca: 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ważności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 ... do ... (z zapasem po terminie zapłaty ostatniej faktury)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Oczekiwane warunki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nieodwołalna, bezwarunkowa, płatna na pierwsze żądanie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Sposób doręczenia oryginału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adres, osoba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Termin przedstawienia gwarancji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przedstawienia gwarancji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data; nie krócej niż 45 dni (art. 649⁴ § 1 KC)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Liczony od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dnia doręczenia żądania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Koszty i skutki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Strony ponoszą w równych częściach udokumentowane koszty zabezpieczenia wierzytelności (art. 649¹ § 3 KC). Połowę kosztów wykonawca zwróci po otrzymaniu dokumentu potwierdzającego ich wysokość.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Prawa do żądania gwarancji zapłaty nie można wyłączyć ani ograniczyć umową (art. 649² § 1 KC), a odstąpienie zamawiającego od umowy spowodowane tym żądaniem jest bezskuteczne (art. 649² § 2 KC). Brak gwarancji w wyznaczonym terminie uprawnia wykonawcę do odstąpienia od umowy z winy zamawiającego ze skutkiem na dzień odstąpienia (art. 649⁴ § 1 KC) i jest przeszkodą w wykonaniu robót z przyczyn dotyczących zamawiającego (art. 649⁴ § 2 KC). Art. 649¹ § 1 KC nie stosuje się, gdy inwestorem jest Skarb Państwa (art. 649¹ § 1¹ KC).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 wykonawcę (imię, nazwisko, funkcja, podpis)</w:t>
            </w:r>
          </w:p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Potwierdzenie odbioru żądania przez zamawiającego (data, podpis) albo dowód nadania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Żądanie Przedstawienia Gwarancji Zapłaty Za Roboty Budowlane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