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ZAPIS INFORMACJI OD ŚWIADKA WYPADKU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załącznik do protokołu powypadkowego (§ 7 ust. 1 pkt 4 i § 12 ust. 2 rozporządzenia RM z 1 lipca 2009 r., Dz.U. nr 105 poz. 870)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Dotyczy wypadku z dnia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Poszkodowany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pracodawca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wypadku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budowa, obiekt, kondygnacja, strefa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Zespół powypadkowy i rozmowa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Członkowie zespołu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imiona, nazwiska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Data, godzina i miejsce spisania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Świadek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Firma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świadka, jeśli inny niż poszkodowanego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kontaktowy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Tłumacz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język, jeśli był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Gdzie był świadek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widział(a) zdarzenie bezpośrednio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widział(a) część zdarzenia: 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przyszedł/przyszła na miejsce po wypadku, o godzinie: ............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stał(a) i co robił(a) w chwili wypadku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Odległość od miejsca wypadku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Co mogło zasłaniać widok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Pytania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439"/>
        <w:gridCol w:w="5426"/>
      </w:tblGrid>
      <w:tr>
        <w:trPr>
          <w:cantSplit/>
        </w:trPr>
        <w:tc>
          <w:tcPr>
            <w:tcW w:type="dxa" w:w="443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Pytanie</w:t>
            </w:r>
          </w:p>
        </w:tc>
        <w:tc>
          <w:tcPr>
            <w:tcW w:type="dxa" w:w="542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Odpowiedź świadka</w:t>
            </w:r>
          </w:p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Co robił poszkodowany tuż przed wypadkiem? Czy ktoś wydał mu polecenie?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Jak przebiegło zdarzenie, krok po kroku?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Jakiego sprzętu używał poszkodowany? Czy zauważył(a) Pan/Pani usterkę lub nietypową pracę maszyny?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Czy poszkodowany miał środki ochrony indywidualnej (kask, szelki, rękawice)?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Jakie były warunki: pogoda, oświetlenie, porządek, praca innych ekip?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Kto udzielił pierwszej pomocy i kto wezwał służby? O której?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Czy przed oględzinami coś przesunięto, uruchomiono lub zabrano z miejsca wypadku? Kto i dlaczego?</w:t>
            </w:r>
          </w:p>
        </w:tc>
        <w:tc>
          <w:tcPr>
            <w:tcW w:type="dxa" w:w="542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Relacja własnymi słowami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Zapis odczytałem/odczytałam. Jest zgodny z tym, co przekazałem/przekazałam zespołowi. Wiem, że zapis zostanie dołączony do protokołu powypadkowego, a poszkodowany ma prawo wglądu do akt sprawy (§ 11 ust. 3 rozporządzenia).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Poprawki i uzupełnienia świadka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Świadek (data, 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Członkowie zespołu powypadkowego (podpisy)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Tłumacz (podpis, jeśli był)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Zespół powypadkowy jest obowiązany zebrać informacje dotyczące wypadku od świadków wypadku (§ 7 ust. 1 pkt 4). Do czasu ustalenia okoliczności i przyczyn wypadku pracodawca zabezpiecza miejsce wypadku, w tym przed uruchamianiem bez koniecznej potrzeby wstrzymanych maszyn i zmianą położenia przedmiotów, które spowodowały wypadek, chyba że zachodzi konieczność ratowania osób lub mienia albo zapobieżenia grożącemu niebezpieczeństwu (§ 3 ust. 1 i 4). Pracodawca, na którego terenie miał miejsce wypadek, udziela zespołowi informacji i wszechstronnej pomocy (§ 8 ust. 2 pkt 4). Pracownik jest obowiązany niezwłocznie zawiadomić przełożonego o zauważonym w zakładzie pracy wypadku (art. 211 pkt 6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 Informacji Od Świadka Wypadku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