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ZAPIS WYJAŚNIEŃ POSZKODOWANEGO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załącznik do protokołu powypadkowego (§ 7 ust. 1 pkt 3 i § 12 ust. 2 rozporządzenia RM z 1 lipca 2009 r., Dz.U. nr 105 poz. 870)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Dotyczy wypadku z dnia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wypadku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budowa, obiekt, kondygnacja, strefa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Zespół powypadkowy i rozmowa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Członek zespołu (służba BHP)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Członek zespołu (SIP lub przedstawiciel pracowników)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spisania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spisania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budowa, biuro, szpital, dom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Przedstawiciel firmy, na której terenie był wypadek (§ 8 ust. 1)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Tłumacz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język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stan zdrowia poszkodowanego pozwala na złożenie wyjaśnień (§ 7 ust. 1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stan zdrowia nie pozwala na złożenie wyjaśnień; ponowna próba w dniu: 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Poszkodowany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Staż na tym stanowisku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Pytania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439"/>
        <w:gridCol w:w="5426"/>
      </w:tblGrid>
      <w:tr>
        <w:trPr>
          <w:cantSplit/>
        </w:trPr>
        <w:tc>
          <w:tcPr>
            <w:tcW w:type="dxa" w:w="443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Pytanie</w:t>
            </w:r>
          </w:p>
        </w:tc>
        <w:tc>
          <w:tcPr>
            <w:tcW w:type="dxa" w:w="542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Odpowiedź poszkodowanego</w:t>
            </w:r>
          </w:p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 której rozpoczął Pan/Pani pracę w dniu wypadku? Jakie prace wykonywał(a) Pan/Pani wcześniej tego dnia?</w:t>
            </w:r>
          </w:p>
        </w:tc>
        <w:tc>
          <w:tcPr>
            <w:tcW w:type="dxa" w:w="5426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Kto i jak polecił wykonanie pracy, przy której doszło do wypadku?</w:t>
            </w:r>
          </w:p>
        </w:tc>
        <w:tc>
          <w:tcPr>
            <w:tcW w:type="dxa" w:w="5426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Jaką czynność wykonywał(a) Pan/Pani w chwili wypadku i w którym miejscu budowy?</w:t>
            </w:r>
          </w:p>
        </w:tc>
        <w:tc>
          <w:tcPr>
            <w:tcW w:type="dxa" w:w="5426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Jakiej maszyny, narzędzia, rusztowania lub drabiny Pan/Pani używał(a)? W jakim były stanie?</w:t>
            </w:r>
          </w:p>
        </w:tc>
        <w:tc>
          <w:tcPr>
            <w:tcW w:type="dxa" w:w="5426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Jakie środki ochrony indywidualnej miał(a) Pan/Pani na sobie (kask, szelki, rękawice, obuwie)?</w:t>
            </w:r>
          </w:p>
        </w:tc>
        <w:tc>
          <w:tcPr>
            <w:tcW w:type="dxa" w:w="5426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Jakie były warunki: pogoda, oświetlenie, porządek, praca innych ekip w pobliżu?</w:t>
            </w:r>
          </w:p>
        </w:tc>
        <w:tc>
          <w:tcPr>
            <w:tcW w:type="dxa" w:w="5426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Czy przeszedł/przeszła Pan/Pani szkolenie BHP i instruktaż na tym stanowisku? Czy ma Pan/Pani aktualne orzeczenie lekarskie?</w:t>
            </w:r>
          </w:p>
        </w:tc>
        <w:tc>
          <w:tcPr>
            <w:tcW w:type="dxa" w:w="5426"/>
          </w:tcPr>
          <w:p/>
        </w:tc>
      </w:tr>
      <w:tr>
        <w:trPr>
          <w:trHeight w:val="481" w:hRule="atLeast"/>
          <w:cantSplit/>
        </w:trPr>
        <w:tc>
          <w:tcPr>
            <w:tcW w:type="dxa" w:w="443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Kto był w pobliżu i widział wypadek? Kto udzielił pierwszej pomocy?</w:t>
            </w:r>
          </w:p>
        </w:tc>
        <w:tc>
          <w:tcPr>
            <w:tcW w:type="dxa" w:w="542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Opis wypadku własnymi słowami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Pouczenie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Zostałem/zostałam pouczony(a), że zespół zapozna mnie z treścią protokołu powypadkowego przed jego zatwierdzeniem, że mam prawo zgłosić do niego uwagi i zastrzeżenia oraz że mam prawo wglądu do akt sprawy, sporządzania z nich notatek, odpisów i kopii (§ 11 ust. 1–3 rozporządzenia).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Zapis odczytałem/odczytałam. Jest zgodny z moimi wyjaśnieniami.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Poszkodowany (data, 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Członkowie zespołu powypadkowego (podpisy)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Tłumacz (podpis, jeśli był)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Niezwłocznie po otrzymaniu wiadomości o wypadku zespół powypadkowy jest obowiązany przystąpić do ustalenia okoliczności i przyczyn wypadku, w szczególności wysłuchać wyjaśnień poszkodowanego, jeżeli stan jego zdrowia na to pozwala (§ 7 ust. 1 pkt 3). Do protokołu powypadkowego dołącza się zapis wyjaśnień poszkodowanego i informacji uzyskanych od świadków wypadku, stanowiące integralną część protokołu (§ 12 ust. 2). Pracodawca przechowuje protokół wraz z pozostałą dokumentacją powypadkową przez 10 lat (art. 234 § 3[1]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 Wyjaśnień Poszkodowanego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