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UWAGI I ZASTRZEŻENIA DO PROTOKOŁU POWYPADKOWEGO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§ 11 ust. 2 rozporządzenia RM z 1 lipca 2009 r. w sprawie ustalania okoliczności i przyczyn wypadków przy pracy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Adresat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/ zespół powypadkowy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Poszkodowany i protokół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Poszkodowany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nazwisko, adres,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powypadkowy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sporządzenia protokołu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zapoznania z protokołem (§ 11 ust. 1)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Wypadek z dnia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§ 11 ust. 2 rozporządzenia Rady Ministrów z 1 lipca 2009 r. zgłaszam uwagi i zastrzeżenia do ustaleń zawartych w protokole powypadkowym i wnoszę o zwrócenie protokołu zespołowi powypadkowemu w celu wyjaśnienia i uzupełnienia (§ 13 ust. 2).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Kwestionowane ustalenia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354"/>
        <w:gridCol w:w="3946"/>
        <w:gridCol w:w="197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Ustalenie z protokołu (cytat, punkt)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Moja wersja i uzasadnienie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Dowód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354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354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354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354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354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Dowody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świadkowie (imię, nazwisko, kontakt): ...........................................................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zdjęcia / nagrania: ...........................................................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dokumentacja medyczna: ...........................................................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budowy (polecenia, odbiory, karty pracy): 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Wnioski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przesłuchanie wskazanych świadków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ponowne oględziny miejsca lub urządzenia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zasięgnięcie opinii lekarza lub innego specjalisty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umożliwienie wglądu do akt sprawy oraz sporządzenia notatek, odpisów i kopii (§ 11 ust. 3)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Inne uwagi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Poszkodowany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Potwierdzenie złożenia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Przyjął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przyjęcia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Podpis przyjmującego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Zespół powypadkowy zapoznaje poszkodowanego z treścią protokołu przed jego zatwierdzeniem i poucza o prawie zgłoszenia uwag i zastrzeżeń (§ 11 ust. 1 i 2). Pracodawca zatwierdza protokół w terminie 5 dni od sporządzenia, a jeżeli zgłoszono zastrzeżenia, zwraca go zespołowi, który w terminie 5 dni sporządza nowy protokół i dołącza do niego protokół niezatwierdzony (§ 13 ust. 1–3).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Uwagi I Zastrzeżenia Do Protokołu Powypadkowego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