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ZAŚWIADCZENIE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o ukończeniu szkolenia w dziedzinie bezpieczeństwa i higieny pracy · str. 1/2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organizatora szkolenia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albo jednostka organizacyjna prowadząca działalność szkoleniową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Pan(i) ............................................................................................ urodzon... dnia .................................. r.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(imię (imiona) i nazwisko)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ukończył... ........................................................................................................................................................................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(pełna nazwa szkolenia (podać rodzaj szkolenia i grupę osób, dla których jest przeznaczone))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zorganizowane w formie¹⁾ .......................................................... przez ........................................................................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............................................................................................................................................................................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(nazwa organizatora szkolenia)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 okresie od dnia .............................................. r. do dnia .............................................. r.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Celem szkolenia było ......................................................................................................................................................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............................................................................................................................................................................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Zaświadczenie wydano na podstawie § 16 ust. 3 rozporządzenia Ministra Gospodarki i Pracy z dnia 27 lipca 2004 r. w sprawie szkolenia w dziedzinie bezpieczeństwa i higieny pracy (Dz. U. z 2024 r. poz. 1327).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............................................................ dnia ............................................................ r.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(miejscowość)                                                                                   (data wystawienia zaświadczenia)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Nr zaświadczenia wg rejestru 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(podpis osoby upoważnionej przez organizatora szkolenia)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1) Wpisać nazwę formy szkolenia zgodnie z § 13 ust. 1 oraz § 15 ust. 1 i 2 rozporządzenia Ministra Gospodarki i Pracy z dnia 27 lipca 2004 r. w sprawie szkolenia w dziedzinie bezpieczeństwa i higieny pracy.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Tematyka szkolenia (str. 2/2)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690"/>
        <w:gridCol w:w="5228"/>
        <w:gridCol w:w="1973"/>
        <w:gridCol w:w="1973"/>
      </w:tblGrid>
      <w:tr>
        <w:trPr>
          <w:cantSplit/>
        </w:trPr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522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Temat szkolenia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godzin zajęć teoretycznych (wykładów)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godzin zajęć praktycznych (ćwiczeń)</w:t>
            </w:r>
          </w:p>
        </w:tc>
      </w:tr>
      <w:tr>
        <w:trPr>
          <w:trHeight w:val="481" w:hRule="atLeast"/>
          <w:cantSplit/>
        </w:trPr>
        <w:tc>
          <w:tcPr>
            <w:tcW w:type="dxa" w:w="690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5228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90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5228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90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5228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90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5228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90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5228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90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5228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90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5228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90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5228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90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5228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90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5228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690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5228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Razem: liczba godzin wykładów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Razem: liczba godzin ćwiczeń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Strona pomocnicza: rejestr wydanych zaświadczeń i podpowiedzi (nie jest częścią wzoru)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Organizator szkolenia prowadzi dokumentację szkolenia, w tym programy, dzienniki zajęć, protokoły przebiegu egzaminów i rejestr wydanych zaświadczeń (§ 5 pkt 6 rozporządzenia). Numer z rejestru wpisz na stronie 1 w polu „Nr zaświadczenia wg rejestru”.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085"/>
        <w:gridCol w:w="1973"/>
        <w:gridCol w:w="1085"/>
        <w:gridCol w:w="2269"/>
        <w:gridCol w:w="1085"/>
        <w:gridCol w:w="1183"/>
        <w:gridCol w:w="1183"/>
      </w:tblGrid>
      <w:tr>
        <w:trPr>
          <w:cantSplit/>
        </w:trPr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wg rejestru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urodzenia</w:t>
            </w:r>
          </w:p>
        </w:tc>
        <w:tc>
          <w:tcPr>
            <w:tcW w:type="dxa" w:w="226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Nazwa szkolenia (rodzaj i grupa)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Forma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Okres od-do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wydania</w:t>
            </w:r>
          </w:p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973"/>
          </w:tcPr>
          <w:p/>
        </w:tc>
        <w:tc>
          <w:tcPr>
            <w:tcW w:type="dxa" w:w="1085"/>
          </w:tcPr>
          <w:p/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Forma szkolenia (przypis 1): stanowiska robotnicze, szkolenie okresowe w formie instruktażu (§ 15 ust. 1); pracodawcy i osoby kierujące pracownikami, pracownicy inżynieryjno-techniczni, służba BHP, pracownicy administracyjno-biurowi: kurs, seminarium albo samokształcenie kierowane (§ 15 ust. 2); pracodawca wykonujący zadania służby BHP: kurs albo seminarium (§ 13 ust. 1).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Przykłady pełnej nazwy szkolenia: „szkolenie okresowe w dziedzinie bezpieczeństwa i higieny pracy dla pracowników zatrudnionych na stanowiskach robotniczych” (ramowy program cz. V, minimum 8 godzin lekcyjnych); „szkolenie okresowe w dziedzinie bezpieczeństwa i higieny pracy dla pracodawców i innych osób kierujących pracownikami” (cz. IV, minimum 16 godzin); „szkolenie okresowe w dziedzinie bezpieczeństwa i higieny pracy dla pracowników inżynieryjno-technicznych” (cz. VI, minimum 16 godzin).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Szkolenie okresowe kończy się egzaminem przed komisją powołaną przez organizatora szkolenia (§ 16 ust. 1-2). Odpis zaświadczenia przechowuje się w aktach osobowych uczestnika (§ 16 ust. 3). Wzór nie ma pola „ważne do”: termin kolejnego szkolenia wynika z § 15 (np. stanowiska robotnicze nie rzadziej niż raz na 3 lata, z pracami szczególnie niebezpiecznymi raz w roku, osoby kierujące i inżynieryjno-techniczne raz na 5 lat).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 szkoleniu wstępnym nie wydaje się zaświadczenia. Instruktaż ogólny i stanowiskowy potwierdza karta szkolenia wstępnego (§ 12 i załącznik nr 2 do rozporządzenia).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Zaświadczenie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