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ZAWIADOMIENIE INSPEKTORA PRACY O ZAMIARZE ROZPOCZĘCIA ROBÓT BUDOWLANYCH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3 rozporządzenia Ministra Infrastruktury z dnia 6 lutego 2003 r. w sprawie bezpieczeństwa i higieny pracy podczas wykonywania robót budowlanych (Dz.U. 2003 nr 47 poz. 401)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wysłania zawiadomienia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ADRESAT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Okręgowy Inspektorat Pracy 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właściwy dla miejsca budowy lub rozbiórki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inspektoratu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INWESTOR (ZAWIADAMIAJĄCY)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albo 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zamieszkania lub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przygotowująca dane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generalny wykonawca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Telefon,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BUDOWA LUB ROZBIÓRKA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budowa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rozbiórka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inwestycji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budowy lub rozbiórki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i data decyzji o pozwoleniu albo zgłoszenia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budowy: 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Telefon,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Koordynator do spraw BHP (jeśli wyznaczono)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Telefon,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ZAMIAR ROZPOCZĘCIA ROBÓT (§ 3)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§ 3 rozporządzenia Ministra Infrastruktury z dnia 6 lutego 2003 r. w sprawie bezpieczeństwa i higieny pracy podczas wykonywania robót budowlanych zawiadamiam o zamiarze rozpoczęcia robót budowlanych na budowie lub rozbiórce opisanej w pkt 3.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Planowany termin rozpoczęcia prac na terenie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pierwsze prace przygotowawcze, co najmniej 7 dni po wysłaniu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Planowany termin zakończenia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Przesłanka zawiadomienia (zaznacz spełnioną):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potrwają dłużej niż 30 dni roboczych i jednocześnie będzie zatrudnionych co najmniej 20 osób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planowany zakres robót przekracza 500 osobodni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Planowana liczba dni roboczych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Największa liczba osób zatrudnionych jednocześnie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Planowany zakres robót (osobodni)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suma osób w kolejnych dniach roboczych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obliczenia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10 osób x 60 dni = 600 osobodni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ETAPY BUDOWY (propozycja zawartości, przepis jej nie określa)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354"/>
        <w:gridCol w:w="2170"/>
        <w:gridCol w:w="1973"/>
        <w:gridCol w:w="2367"/>
      </w:tblGrid>
      <w:tr>
        <w:trPr>
          <w:cantSplit/>
        </w:trPr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Etap robót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od–do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Przybliżona liczba osób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wykonawców, podwykonawców, samodzielnych pracowników</w:t>
            </w:r>
          </w:p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Roboty przygotowawcze</w:t>
            </w:r>
          </w:p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Roboty ziemne i fundamenty</w:t>
            </w:r>
          </w:p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Stan surowy, konstrukcja</w:t>
            </w:r>
          </w:p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Roboty wykończeniowe</w:t>
            </w:r>
          </w:p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335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Inne: ......................</w:t>
            </w:r>
          </w:p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WYBRANI WYKONAWCY ROBÓT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551"/>
        <w:gridCol w:w="2959"/>
        <w:gridCol w:w="2762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Nazwa wykonawcy lub podwykonawcy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robót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Kontakt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551"/>
          </w:tcPr>
          <w:p/>
        </w:tc>
        <w:tc>
          <w:tcPr>
            <w:tcW w:type="dxa" w:w="2959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551"/>
          </w:tcPr>
          <w:p/>
        </w:tc>
        <w:tc>
          <w:tcPr>
            <w:tcW w:type="dxa" w:w="2959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551"/>
          </w:tcPr>
          <w:p/>
        </w:tc>
        <w:tc>
          <w:tcPr>
            <w:tcW w:type="dxa" w:w="2959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551"/>
          </w:tcPr>
          <w:p/>
        </w:tc>
        <w:tc>
          <w:tcPr>
            <w:tcW w:type="dxa" w:w="2959"/>
          </w:tcPr>
          <w:p/>
        </w:tc>
        <w:tc>
          <w:tcPr>
            <w:tcW w:type="dxa" w:w="276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551"/>
          </w:tcPr>
          <w:p/>
        </w:tc>
        <w:tc>
          <w:tcPr>
            <w:tcW w:type="dxa" w:w="2959"/>
          </w:tcPr>
          <w:p/>
        </w:tc>
        <w:tc>
          <w:tcPr>
            <w:tcW w:type="dxa" w:w="276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PODPIS INWESTORA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(pieczęć)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Rozporządzenie nie określa treści ani formy zawiadomienia. Pola pkt 5 i 6 są propozycją danych przydatnych inspektorowi. Inspektorat pracy może udostępniać własny druk i można użyć jego zamiast tego wzoru. To zawiadomienie jest odrębne od zawiadomienia organu nadzoru budowlanego (art. 41 ust. 4 Prawa budowlanego). Zachowaj dowód wysłania z datą.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Inspektora Pracy O Zamiarze Rozpoczęcia Robót Budowlanych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