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ZAWIADOMIENIE O KATASTROFIE BUDOWLANEJ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art. 73–75 ustawy Prawo budowlane z 7 lipca 1994 r. (t.j. Dz.U. 2026 poz. 524)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sporządzenia zawiadomienia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Zawiadamiający (art. 75 ust. 1)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Funkcja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kierownik budowy (robót), właściciel, zarządca, użytkownik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Firma lub jednostka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i e-mail do kontaktu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dostępny przez całą dobę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Obiekt i budowa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budowlany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rodzaj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i numer działki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Pozwolenie na budowę lub zgłoszenie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organ, numer,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 obiektu w chwili zdarzenia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budowany, rozbierany, użytkowany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Projektant i inspektor nadzoru inwestorskiego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imiona, telefony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Zdarzenie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zdarzenia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na obiekcie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oś, kondygnacja, element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Niezamierzonemu, gwałtownemu zniszczeniu uległo (art. 73 ust. 1):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obiekt budowlany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część obiektu budowlanego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konstrukcyjne elementy rusztowań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elementy urządzeń formujących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ścianki szczelne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obudowa wykopu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przebiegu zdarzenia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co się stało, kiedy to zauważono, kto był świadkiem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Poszkodowani i ocena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osób poszkodowanych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zabici, ranni, nieznani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Zagrożenie dla ludzi i mienia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sąsiednie obiekty, droga, sieci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zdarzenie nie jest uszkodzeniem elementu nadającego się do naprawy lub wymiany, uszkodzeniem urządzeń budowlanych związanych z budynkami ani awarią instalacji (art. 73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Treść zawiadomienia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75 ust. 1 pkt 3 ustawy Prawo budowlane zawiadamiam, że w obiekcie opisanym w pkt 2 doszło do zdarzenia opisanego w pkt 3, które ma cechy katastrofy budowlanej w rozumieniu art. 73 ust. 1. Działania podjęte na miejscu, zmiany w miejscu zdarzenia i listę zawiadomionych podano na stronie 2.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Działania podjęte na miejscu (art. 75 ust. 1 pkt 1 i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zorganizowano doraźną pomoc poszkodowanym (kto, od której godziny)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przeciwdziałano rozszerzaniu się skutków (ewakuacja, odcięcie mediów, wygrodzenie strefy)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miejsce katastrofy zabezpieczono przed zmianami uniemożliwiającymi postępowanie wyjaśniające (ogrodzenie, taśma, wartownik)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wstrzymano roboty na budowie (art. 22 pkt 4)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Służby i osoby, które przybyły na miejsce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nazwa, imię i nazwisko, godzina przybycia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Zmiany w miejscu katastrofy (art. 75 ust. 2)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Zakaz zmian nie dotyczy czynności mających na celu ratowanie życia lub zabezpieczenie przed rozszerzaniem się skutków. Wtedy opisz stan po katastrofie oraz wprowadzone zmiany, z oznaczeniem miejsc ich wprowadzenia na szkicach i, w miarę możliwości, na fotografiach.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946"/>
        <w:gridCol w:w="1381"/>
        <w:gridCol w:w="1381"/>
        <w:gridCol w:w="2565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zmieniono (usunięto, przesunięto, rozebrano)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Szkic nr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Fotografia nr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Godzina i kto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946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946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946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946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Zawiadomieni niezwłocznie (art. 75 ust. 1 pkt 3 lit. a–d)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749"/>
        <w:gridCol w:w="2170"/>
        <w:gridCol w:w="1578"/>
        <w:gridCol w:w="2367"/>
      </w:tblGrid>
      <w:tr>
        <w:trPr>
          <w:cantSplit/>
        </w:trPr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Adresat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Sposób (telefon, e-mail, pismo, osobiście)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i godzina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przyjął</w:t>
            </w:r>
          </w:p>
        </w:tc>
      </w:tr>
      <w:tr>
        <w:trPr>
          <w:trHeight w:val="481" w:hRule="atLeast"/>
          <w:cantSplit/>
        </w:trPr>
        <w:tc>
          <w:tcPr>
            <w:tcW w:type="dxa" w:w="374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organ nadzoru budowlanego (powiatowy inspektor nadzoru budowlanego)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74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właściwy miejscowo prokurator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74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Policja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74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inwestor (katastrofa w trakcie budowy)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74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inspektor nadzoru inwestorskiego (katastrofa w trakcie budowy)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74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projektant obiektu budowlanego (katastrofa w trakcie budowy)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74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inne organy lub jednostki zainteresowane z mocy szczególnych przepisów: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szkic miejsca katastrofy z oznaczonymi zmianami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fotografie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wpisu w dzienniku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lista świadków i poszkodowanych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Jeżeli poszkodowani są pracownikami, pracodawca osobno zawiadamia niezwłocznie okręgowego inspektora pracy i prokuratora o śmiertelnym, ciężkim lub zbiorowym wypadku przy pracy (art. 234 § 2 Kodeksu pracy).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zawiadamiającego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Katastrofie Budowlanej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