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ZAWIADOMIENIE O WYKONANIU ZASTĘPCZYM ROBÓT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powierzenie poprawienia lub dalszego wykonania robót innej osobie na koszt wykonawcy (art. 636 § 1 w zw. z art. 656 § 1 KC)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Nadano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e-mail / list polecony / za potwierdzeniem odbioru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Podstawa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art. 636 § 1 w zw. z art. 656 § 1 KC: roboty wykonywane wadliwie albo sprzecznie z umową, termin z wezwania upłynął bezskutecznie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postanowienie umowy o wykonaniu zastępczym (§ ........ umowy)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wypadek nagły (art. 480 § 3 KC): 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Wezwanie do zmiany sposobu wykonania / usunięcia wad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znak pisma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Wyznaczony termin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upływu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 po upływie terminu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co nie zostało wykonane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Zakres robót powierzonych innemu wykonawcy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3946"/>
        <w:gridCol w:w="2466"/>
        <w:gridCol w:w="2959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Roboty (poprawienie / dokończenie)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(obiekt, kondygnacja, osie)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Przyczyna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2959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946"/>
          </w:tcPr>
          <w:p/>
        </w:tc>
        <w:tc>
          <w:tcPr>
            <w:tcW w:type="dxa" w:w="2466"/>
          </w:tcPr>
          <w:p/>
        </w:tc>
        <w:tc>
          <w:tcPr>
            <w:tcW w:type="dxa" w:w="2959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Wykonawca zastępczy i termin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zastępczy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albo: zostanie wskazany do dnia ........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Wejście na budowę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Szacowany koszt netto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kosztorys, oferta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Nadzór nad robotami zastępczymi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Inwentaryzacja i front robót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Wzywam do udziału w inwentaryzacji stanu robót w dniu ............ o godz. ........ oraz do wydania frontu robót wskazanego w pkt 3 najpóźniej w dniu ............ . Nieobecność wykonawcy nie wstrzymuje inwentaryzacji; protokół zostanie sporządzony z udziałem zamawiającego i doręczony wykonawcy.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Rozliczenie kosztów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potrącenie kosztów z wynagrodzenia wykonawcy (oświadczenie o potrąceniu zostanie złożone osobno)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pokrycie kosztów z zabezpieczenia należytego wykonania umowy (§ ........ umowy)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zwrot kosztów na podstawie noty w terminie ........ dni od doręczenia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Koszty wykonania zastępczego obejmują wynagrodzenie wykonawcy zastępczego, materiały, nadzór i koszty dodatkowe wynikające z przekazania robót. Zamawiający zachowuje roszczenia z tytułu kar umownych i odszkodowania.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zamawiającego (imię, nazwisko, funkcja, podpis)</w:t>
            </w:r>
          </w:p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Załączniki (wezwanie z dowodem doręczenia, zdjęcia, wpisy w dzienniku budowy, oferta wykonawcy zastępczego)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Jeżeli przyjmujący zamówienie wykonywa dzieło w sposób wadliwy albo sprzeczny z umową, zamawiający może wezwać go do zmiany sposobu wykonania i wyznaczyć mu w tym celu odpowiedni termin. Po bezskutecznym upływie wyznaczonego terminu zamawiający może od umowy odstąpić albo powierzyć poprawienie lub dalsze wykonanie dzieła innej osobie na koszt i niebezpieczeństwo przyjmującego zamówienie (art. 636 § 1 KC). Do wykonywania robót w sposób wadliwy lub sprzeczny z umową stosuje się odpowiednio przepisy o umowie o dzieło (art. 656 § 1 KC). W razie zwłoki dłużnika wierzyciel może żądać upoważnienia przez sąd do wykonania czynności na koszt dłużnika (art. 480 § 1 KC), a w wypadkach nagłych wykonać ją bez upoważnienia sądu (art. 480 § 3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Zawiadomienie O Wykonaniu Zastępczym Robót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