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ZAWIADOMIENIE O WYPADKU PRZY PRACY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do okręgowego inspektora pracy i prokuratora (art. 234 § 2 Kodeksu pracy)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godzina zawiadomienia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Sposób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telefon / e-mail / pismo (potwierdzenie)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Okręgowy Inspektorat Pracy w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Prokuratura Rejonowa w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adres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Nazwa, adres, NIP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zawiadamiająca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funkcja, telefon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Miejsce i czas wypadku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budowy / miejsca pracy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Miejsce na budowie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kondygnacja, strefa, osie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godzina zdarzenia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Generalny wykonawca / kierownik budowy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jeśli dotyczy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Poszkodowani i skutki (według wiedzy pracodawcy)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wypadek śmiertelny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wypadek ciężki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wypadek zbiorowy (co najmniej dwie osoby)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inny wypadek z takimi skutkami, mający związek z pracą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2959"/>
        <w:gridCol w:w="2466"/>
        <w:gridCol w:w="3946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246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394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Pracodawca poszkodowanego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959"/>
          </w:tcPr>
          <w:p/>
        </w:tc>
        <w:tc>
          <w:tcPr>
            <w:tcW w:type="dxa" w:w="2466"/>
          </w:tcPr>
          <w:p/>
        </w:tc>
        <w:tc>
          <w:tcPr>
            <w:tcW w:type="dxa" w:w="3946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959"/>
          </w:tcPr>
          <w:p/>
        </w:tc>
        <w:tc>
          <w:tcPr>
            <w:tcW w:type="dxa" w:w="2466"/>
          </w:tcPr>
          <w:p/>
        </w:tc>
        <w:tc>
          <w:tcPr>
            <w:tcW w:type="dxa" w:w="3946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959"/>
          </w:tcPr>
          <w:p/>
        </w:tc>
        <w:tc>
          <w:tcPr>
            <w:tcW w:type="dxa" w:w="2466"/>
          </w:tcPr>
          <w:p/>
        </w:tc>
        <w:tc>
          <w:tcPr>
            <w:tcW w:type="dxa" w:w="3946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2959"/>
          </w:tcPr>
          <w:p/>
        </w:tc>
        <w:tc>
          <w:tcPr>
            <w:tcW w:type="dxa" w:w="2466"/>
          </w:tcPr>
          <w:p/>
        </w:tc>
        <w:tc>
          <w:tcPr>
            <w:tcW w:type="dxa" w:w="3946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Wstępny opis zdarzenia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Fakty znane w chwili zawiadomienia, bez ocen winy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Podjęte działania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udzielono pierwszej pomocy, wezwano pogotowie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wstrzymano roboty w miejscu zdarzenia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zabezpieczono miejsce wypadku do czasu oględzin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powołano zespół powypadkowy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do kontaktu na miejscu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Pracodawca (osoba upoważniona)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jest obowiązany niezwłocznie zawiadomić właściwego okręgowego inspektora pracy i prokuratora o śmiertelnym, ciężkim lub zbiorowym wypadku przy pracy oraz o każdym innym wypadku, który wywołał takie skutki, mającym związek z pracą, jeżeli może być uznany za wypadek przy pracy (art. 234 § 2 KP, Dz.U. 2026 poz. 1245). Dane o zdrowiu ogranicz do kwalifikacji skutków.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 O Wypadku Przy Pracy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