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ZAWIADOMIENIE O ZMIANIE KIEROWNIKA BUDOWY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albo kierownika robót: informacja inwestora z oświadczeniem o przejęciu obowiązków (art. 44 Prawa budowlanego)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lub nazwa, adres, 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Adresaci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kierownik dotychczasowy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kierownik nowy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wykonawca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inspektor nadzoru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projektant        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 wiadomości: organ nadzoru budowlanego .................................... (art. 44 nie przewiduje osobnego zawiadomienia organu)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Budowa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Zamierzenie budowlane / obiekt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budowy, nr działki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Pozwolenie na budowę albo zgłoszenie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organ, numer,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Dziennik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 wydania, tom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Postać dziennika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papierowa / elektroniczna (EDB)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Zmiana funkcji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kierownik budowy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kierownik robót w specjalności: ............................ zakres: ............................        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565"/>
        <w:gridCol w:w="3650"/>
        <w:gridCol w:w="3650"/>
      </w:tblGrid>
      <w:tr>
        <w:trPr>
          <w:cantSplit/>
        </w:trPr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Dane</w:t>
            </w:r>
          </w:p>
        </w:tc>
        <w:tc>
          <w:tcPr>
            <w:tcW w:type="dxa" w:w="365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Dotychczasowa osoba</w:t>
            </w:r>
          </w:p>
        </w:tc>
        <w:tc>
          <w:tcPr>
            <w:tcW w:type="dxa" w:w="365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Nowa osoba</w:t>
            </w:r>
          </w:p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Imię i nazwisko</w:t>
            </w:r>
          </w:p>
        </w:tc>
        <w:tc>
          <w:tcPr>
            <w:tcW w:type="dxa" w:w="3650"/>
          </w:tcPr>
          <w:p/>
        </w:tc>
        <w:tc>
          <w:tcPr>
            <w:tcW w:type="dxa" w:w="3650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Specjalność i nr uprawnień</w:t>
            </w:r>
          </w:p>
        </w:tc>
        <w:tc>
          <w:tcPr>
            <w:tcW w:type="dxa" w:w="3650"/>
          </w:tcPr>
          <w:p/>
        </w:tc>
        <w:tc>
          <w:tcPr>
            <w:tcW w:type="dxa" w:w="3650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Izba, zaświadczenie ważne do albo wpis w e-CRUB</w:t>
            </w:r>
          </w:p>
        </w:tc>
        <w:tc>
          <w:tcPr>
            <w:tcW w:type="dxa" w:w="3650"/>
          </w:tcPr>
          <w:p/>
        </w:tc>
        <w:tc>
          <w:tcPr>
            <w:tcW w:type="dxa" w:w="3650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Telefon, e-mail</w:t>
            </w:r>
          </w:p>
        </w:tc>
        <w:tc>
          <w:tcPr>
            <w:tcW w:type="dxa" w:w="3650"/>
          </w:tcPr>
          <w:p/>
        </w:tc>
        <w:tc>
          <w:tcPr>
            <w:tcW w:type="dxa" w:w="3650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Data zakończenia / przejęcia funkcji</w:t>
            </w:r>
          </w:p>
        </w:tc>
        <w:tc>
          <w:tcPr>
            <w:tcW w:type="dxa" w:w="3650"/>
          </w:tcPr>
          <w:p/>
        </w:tc>
        <w:tc>
          <w:tcPr>
            <w:tcW w:type="dxa" w:w="3650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Przyczyna zmiany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opcjonalnie, np. rezygnacja, zmiana wykonawcy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przy zmianie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dotychczasowy kierownik wpisał do dziennika budowy stan zaawansowania i zabezpieczenia robót, wpis z dnia .............. (§ 11 ust. 1 rozporządzenia w sprawie dziennika budowy)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dotychczasowy kierownik nie może dokonać wpisu: wpisu dokonuje nowy kierownik i wskazuje przyczynę (§ 11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nowy kierownik potwierdził w dzienniku przyjęcie funkcji i wskazał numer uprawnień (§ 11 ust. 2); w EDB przez przydzielenie uprawnień i funkcję potwierdzenia (§ 12)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uprawnień budowlanych dołączona do dziennika budowy albo uprawnienia wpisane do centralnego rejestru (art. 47f)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przynależność do izby sprawdzona, bez zawieszenia w prawach członka (art. 12 ust. 7 i 7b)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o przejęciu obowiązków (strona 2) dołączone do dokumentacji budowy (art. 44)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zmianie kierownika budowy: imię, nazwisko i telefon na tablicy informacyjnej zmienione (art. 45b ust. 1 pkt 6)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Inwestor (podpis)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Dotychczasowy kierownik (podpis)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Nowy kierownik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OŚWIADCZENIE O PRZEJĘCIU OBOWIĄZKÓW KIEROWNIKA BUDOWY / KIEROWNIKA ROBÓT* (art. 44 pkt 1 Prawa budowlanego)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Specjalność i zakres uprawnień budowlanych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uprawnień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organ, data decyzji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Izba samorządu zawodowego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 członkowski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Zaświadczenie z izby ważne do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nie dotyczy przy wpisie w e-CRUB (art. 12 ust. 7a)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Oświadczam, że z dniem .................... przejmuję obowiązki kierownika budowy / kierownika robót* na budowie opisanej w pkt 2 zawiadomienia, w zakresie: ................................................................................................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zapoznałem(-am) się ze stanem zaawansowania i zabezpieczenia robót opisanym we wpisie do dziennika budowy z dnia .............. i w tabeli poniżej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otrzymałem(-am) projekt budowlany oraz projekt techniczny, jeżeli jest wymagany (art. 42 ust. 1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przejąłem(-am) dziennik budowy nr .............. albo mam dostęp do dziennika w systemie EDB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otrzymałem(-am) plan bezpieczeństwa i ochrony zdrowia, jeżeli był wymagany (art. 21a)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pełnię na tej budowie funkcji inspektora nadzoru inwestorskiego (art. 24)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mam aktualny wpis na listę członków izby i nie jestem zawieszony(-a) w prawach członka (art. 12 ust. 7 i 7b)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Stan robót w dniu przekazania funkcji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354"/>
        <w:gridCol w:w="2170"/>
        <w:gridCol w:w="2170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 / etap robót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zaawansowania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Zabezpieczenie robót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Dokumenty przekazane nowemu kierownikowi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protokoły odbiorów, badań i sprawdzeń, dokumenty wyrobów, uzgodnienia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* Niepotrzebne skreślić. Informacja (nie jest częścią oświadczenia): w przypadku zmiany kierownika budowy lub kierownika robót inwestor dołącza do dokumentacji budowy oświadczenie o przejęciu obowiązków (art. 44 pkt 1 Prawa budowlanego). Osoba kończąca funkcję dokonuje w dzienniku budowy wpisu określającego stan zaawansowania i zabezpieczenia robót, a osoba przejmująca potwierdza przyjęcie funkcji i wskazuje numer uprawnień (§ 11 ust. 1 i 2 rozporządzenia z 22 grudnia 2022 r., Dz.U. 2023 poz. 45). Prowadzenie robót bez dopełnienia wymagań art. 44 podlega karze grzywny (art. 93 pkt 4).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Przejmujący funkcję (podpis, data)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Inwestor (podpis, data)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Zmianie Kierownika Budowy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