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PAŃSTWOWEJ STRAŻY POŻARNEJ O INSTALACJI FOTOWOLTAICZNEJ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zakończenie instalowania i rozpoczęcie użytkowania urządzeń fotowoltaicznych o mocy zainstalowanej elektrycznej większej niż 6,5 kW (art. 29 ust. 4 pkt 3 lit. c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Państwowa Straż Pożarna: nazwa komendy właściwej dla miejsca instalacji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Inwestor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Pełnomocnik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jeżeli jest; pełnomocnictwo w załączeniu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Instalacja fotowoltaiczna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instalacji, nr działki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Obiekt, na którym zamontowano instalację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budynek mieszkalny, hala, wiata, grunt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dach, elewacja, grunt, wiata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Moc zainstalowana elektryczna, kW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Moc modułów, kWp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Moc falownika, kW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i typ modułów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i typ falowników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Magazyn energii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/ tak: pojemność nominalna, kWh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zakończenia instalowania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rozpoczęcia użytkowania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instalacji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Uzgodnienie projektu pod względem ochrony przeciwpożarowej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Rzeczoznawca do spraw zabezpieczeń przeciwpożarowych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uprawnień rzeczoznawcy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uzgodnienia projektu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Uzgodnienie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bez uwag / z uwagami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Zawiadomienie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29 ust. 4 pkt 3 lit. c ustawy z dnia 7 lipca 1994 r. – Prawo budowlane zawiadamiam o zakończeniu instalowania urządzeń fotowoltaicznych opisanych w pkt 2 i o rozpoczęciu ich użytkowania. Projekt tych urządzeń został uzgodniony z rzeczoznawcą do spraw zabezpieczeń przeciwpożarowych pod względem zgodności z wymaganiami ochrony przeciwpożarowej (pkt 3). Do zawiadomienia przekazuję plan urządzenia fotowoltaicznego dla ekip ratowniczych (strona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urządzenia fotowoltaicznego dla ekip ratowniczych (strona 2 lub własny plan).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uzgodnienia projektu przez rzeczoznawcę do spraw zabezpieczeń przeciwpożarowych.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PLAN URZĄDZENIA FOTOWOLTAICZNEGO DLA EKIP RATOWNICZYCH (wzór pomocniczy)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wymagają przekazania planu razem z zawiadomieniem, ale nie określają jego treści ani formy. Poniższe pozycje to propozycja układu; zakres planu ustal z rzeczoznawcą, który uzgadnia projekt.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Moc zainstalowana elektryczna, kW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Całodobowy kontakt do właściciela lub instalatora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3354"/>
        <w:gridCol w:w="3157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instalacji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Miejsce, oznaczenie na szkicu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 dla ekip ratowniczych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Moduły fotowoltaiczne (pola, połacie)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Falownik(i)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Rozłączniki po stronie prądu stałego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Rozłączniki po stronie prądu przemiennego, rozdzielnica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Trasa przewodów prądu stałego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Magazyn energii (jeżeli jest)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Punkt przyłączenia do sieci, licznik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Tablice ostrzegawcze</w:t>
            </w:r>
          </w:p>
        </w:tc>
        <w:tc>
          <w:tcPr>
            <w:tcW w:type="dxa" w:w="3354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Szkic sytuacyjny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rzut dachu lub terenu z zaznaczonymi modułami, falownikami, rozłącznikami, trasą przewodów, wejściami do budynku i drogą dojazdu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odłączenia instalacji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kolejność wyłączania, miejsce rozłączników, informacja o napięciu po stronie modułów w dzień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(nie jest częścią zawiadomienia): art. 29 ust. 4 pkt 3 lit. c obejmuje urządzenia fotowoltaiczne o mocy zainstalowanej elektrycznej niewiększej niż 150 kW i nie wymaga dla nich pozwolenia na budowę ani zgłoszenia. Obowiązek uzgodnienia projektu z rzeczoznawcą i zawiadomienia organów PSP dotyczy urządzeń o mocy większej niż 6,5 kW.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Państwowej Straży Pożarnej O Instalacji Fotowoltaicznej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