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ZGŁOSZENIE BUDOWY LUB WYKONYWANIA INNYCH ROBÓT BUDOWLANYCH (PB-2)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pola według wzoru z załącznika nr 1 do rozporządzenia Ministra Finansów i Gospodarki z dnia 18 lutego 2026 r. (Dz.U. 2026 poz. 282); PB-2 nie dotyczy budowy i przebudowy budynku mieszkalnego jednorodzinnego; podstawa prawna: art. 30 ust. 2 w zw. z ust. 4d ustawy z dnia 7 lipca 1994 r. – Prawo budowlane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ORGAN ADMINISTRACJI ARCHITEKTONICZNO-BUDOWLANEJ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2.1. DANE INWESTORA¹⁾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 lub nazwa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E-mail (nieobowiązkowo)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tel. (nieobowiązkowo)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2.2. DANE INWESTORA (DO KORESPONDENCJI)¹⁾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Wypełnia się, jeżeli adres do korespondencji inwestora jest inny niż wskazany w pkt 2.1.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do doręczeń elektronicznych²⁾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DANE PEŁNOMOCNIKA / PEŁNOMOCNIKA DO DORĘCZEŃ¹⁾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Wypełnia się, jeżeli inwestor działa przez pełnomocnika.</w:t>
      </w: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pełnomocnik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pełnomocnik do doręczeń        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do doręczeń elektronicznych²⁾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E-mail (nieobowiązkowo)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tel. (nieobowiązkowo)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INFORMACJE O ROBOTACH BUDOWLANYCH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Rodzaj, zakres i sposób wykonywania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Planowany termin rozpoczęcia³⁾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DANE NIERUCHOMOŚCI (MIEJSCE WYKONYWANIA ROBÓT BUDOWLANYCH)¹⁾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479"/>
        <w:gridCol w:w="1282"/>
        <w:gridCol w:w="1282"/>
        <w:gridCol w:w="1775"/>
        <w:gridCol w:w="887"/>
        <w:gridCol w:w="1775"/>
        <w:gridCol w:w="1381"/>
      </w:tblGrid>
      <w:tr>
        <w:trPr>
          <w:cantSplit/>
        </w:trPr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1479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775"/>
          </w:tcPr>
          <w:p/>
        </w:tc>
        <w:tc>
          <w:tcPr>
            <w:tcW w:type="dxa" w:w="887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Identyfikator działki ewidencyjnej⁴⁾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ZAŁĄCZNIKI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Oświadczenie o posiadanym prawie do dysponowania nieruchomością na cele budowlane.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Pełnomocnictwo do reprezentowania inwestora (opłacone zgodnie z ustawą z dnia 16 listopada 2006 r. o opłacie skarbowej) – jeżeli inwestor działa przez pełnomocnika.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Potwierdzenie uiszczenia opłaty skarbowej – jeżeli obowiązek uiszczenia takiej opłaty wynika z ustawy z dnia 16 listopada 2006 r. o opłacie skarbowej.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 (wymagane przepisami prawa): ......................................................................................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PODPIS INWESTORA (PEŁNOMOCNIKA) I DATA PODPISU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Podpis powinien być czytelny. Podpis i datę podpisu umieszcza się w przypadku dokonywania zgłoszenia w postaci papierowej.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inwestora (pełnomocnika) i data podpisu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¹⁾ W przypadku większej liczby inwestorów, pełnomocników lub nieruchomości dane kolejnych inwestorów, pełnomocników lub nieruchomości dodaje się w formularzu albo zamieszcza na osobnych stronach i dołącza do formularza.  ²⁾ W przypadku określonym w art. 147 ust. 1 ustawy z dnia 18 listopada 2020 r. o doręczeniach elektronicznych w razie braku adresu do doręczeń elektronicznych wskazuje się adres skrzynki ePUAP. Możliwość doręczania korespondencji na skrzynkę ePUAP obowiązuje do dnia określonego w tym przepisie.  ³⁾ W przypadku zgłoszenia budowy tymczasowego obiektu budowlanego w polu „Planowany termin rozpoczęcia” należy wskazać również planowany termin rozbiórki lub przeniesienia w inne miejsce tego obiektu.  ⁴⁾ W przypadku formularza w postaci papierowej zamiast identyfikatora działki ewidencyjnej można wskazać jednostkę ewidencyjną, obręb ewidencyjny i numer działki ewidencyjnej oraz arkusz mapy, jeżeli występuje.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Załączniki z art. 30 Prawa budowlanego (lista pomocnicza do pola „Inne”, poza formularzem PB-2)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Decyzja o warunkach zabudowy i zagospodarowania terenu, jeżeli jest wymagana (art. 30 ust. 2a pkt 1a).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Odpowiednie szkice lub rysunki, w zależności od potrzeb (pkt 2).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Opinie, uzgodnienia, pozwolenia i inne dokumenty wymagane przepisami odrębnych ustaw, w tym decyzja o środowiskowych uwarunkowaniach, albo ich kopie (pkt 3).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Projekt zagospodarowania działki lub terenu z opisem technicznym instalacji, przy budowie z art. 29 ust. 1 pkt 9, 23, 30 i 30a (pkt 4).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Projekt zagospodarowania działki lub terenu, przy budowie z art. 29 ust. 1 pkt 27, 28 i 40 (pkt 5).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budowie z art. 29 ust. 1 pkt 1–4: dokumenty z art. 33 ust. 2 pkt 1–4, w tym projekt zagospodarowania i projekt architektoniczno-budowlany (art. 30 ust. 4b).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przebudowie z art. 29 ust. 3 pkt 1 lit. a i aa oraz instalowaniu z pkt 3 lit. d: dokumenty z art. 33 ust. 2 pkt 1, 2 i 4 (art. 30 ust. 4c).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Pozwolenie wojewódzkiego konserwatora zabytków albo jego zaświadczenie o zgłoszeniu bez sprzeciwu, gdy roboty z art. 29 ust. 1–4 prowadzi się na obszarze wpisanym do rejestru zabytków (art. 29 ust. 7 pkt 2).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Zgłoszenia należy dokonać przed terminem zamierzonego rozpoczęcia robót. Organ może w terminie 21 dni od dnia doręczenia zgłoszenia wnieść sprzeciw w drodze decyzji; do robót można przystąpić, jeżeli sprzeciwu w tym terminie nie wniesiono (art. 30 ust. 5). Jeżeli roboty nie rozpoczną się przed upływem 3 lat od terminu określonego w zgłoszeniu, trzeba dokonać ponownego zgłoszenia (ust. 5b).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Budowy Lub Wykonywania Innych Robót Budowlanych (Pb-2)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