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GOTOWOŚCI DO ODBIORU ROBÓT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zawiadomienie zamawiającego o zakończeniu robót i propozycja terminu odbioru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Zgłaszający i adresat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Zgłaszający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albo podwykonawca: 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 lub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 wiadomości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inspektor nadzoru inwestorskiego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Rodzaj odbioru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częściowy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końcowy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robót zanikających lub ulegających zakryciu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Zakres robót zgłaszanych do odbioru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5327"/>
        <w:gridCol w:w="986"/>
        <w:gridCol w:w="1183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32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 / etap / pozycja harmonogramu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327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327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327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5327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5327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zakończenia robót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w dzienniku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numer wpisu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Dokumenty odbiorowe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wpisy w dzienniku budowy dotyczące zgłaszanych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odbioru robót zanikających i ulegających zakryciu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badań, prób i sprawdzeń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deklaracje właściwości użytkowych i inne dokumenty wyrobów budowlanych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inwentaryzacja geodezyjna lub dokumentacja powykonawcza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konieczności robót dodatkowych lub zamiennych (jeśli dotyczy)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instrukcje obsługi i dokumenty gwarancyjne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Treść zgłoszenia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Zawiadamiam, że roboty opisane w pkt 4 zostały zakończone i są gotowe do odbioru. Na podstawie umowy (przy odbiorze częściowym także art. 654 Kodeksu cywilnego) wnoszę o wyznaczenie terminu odbioru i przystąpienie do odbioru w terminie określonym w umowie. Proponuję termin wskazany poniżej. Dokumenty wymienione w pkt 5 przekazuję w załączeniu albo udostępnię podczas odbioru.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Proponowany termin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spotkania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Doręczenie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osobiście, za pokwitowaniem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list polecony za potwierdzeniem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postaci elektronicznej, z kwalifikowanym podpisem elektronicznym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 do dziennika budowy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zgłoszenia przez zamawiającego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imię i nazwisko, podpis albo numer przesyłki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zgłaszającego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Gotowości Do Odbioru Robót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