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ZGŁOSZENIE MOBBINGU, DYSKRYMINACJI LUB NARUSZENIA GODNOŚCI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skarga pracownika do pracodawcy w trybie regulaminu z art. 94³ᵃ KP (załącznik nr 1 do regulaminu)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Adresat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osoba przyjmująca zgłoszenia według regulaminu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Zgłaszający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Imię i nazwisko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Stanowisko, brygada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Budowa lub miejsce pracy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Kontakt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telefon, e-mail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zgłaszam zachowania wobec mnie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zgłaszam jako świadek zachowania wobec innego pracownika: 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Czego dotyczy zgłoszenie (zaznacz)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mobbing: zachowania powtarzalne, nawracające lub stałe (art. 94³ § 2–3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dyskryminacja lub molestowanie (art. 18³ᵃ § 2–5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molestowanie seksualne (art. 18³ᵃ § 6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naruszenie godności lub innych dóbr osobistych (art. 94 pkt 2c KP)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niekorzystne traktowanie za skorzystanie z uprawnień lub wsparcie innego pracownika (art. 18³ᵉ KP)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Osoba lub osoby, od których pochodzą zachowania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959"/>
        <w:gridCol w:w="2565"/>
        <w:gridCol w:w="2170"/>
        <w:gridCol w:w="2170"/>
      </w:tblGrid>
      <w:tr>
        <w:trPr>
          <w:cantSplit/>
        </w:trPr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Imię i nazwisko</w:t>
            </w:r>
          </w:p>
        </w:tc>
        <w:tc>
          <w:tcPr>
            <w:tcW w:type="dxa" w:w="256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Funkcja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Firma (gdy inna)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Relacja: przełożony, współpracownik, podwładny, inna</w:t>
            </w:r>
          </w:p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</w:tr>
      <w:tr>
        <w:trPr>
          <w:trHeight w:val="481" w:hRule="atLeast"/>
          <w:cantSplit/>
        </w:trPr>
        <w:tc>
          <w:tcPr>
            <w:tcW w:type="dxa" w:w="2959"/>
          </w:tcPr>
          <w:p/>
        </w:tc>
        <w:tc>
          <w:tcPr>
            <w:tcW w:type="dxa" w:w="2565"/>
          </w:tcPr>
          <w:p/>
        </w:tc>
        <w:tc>
          <w:tcPr>
            <w:tcW w:type="dxa" w:w="2170"/>
          </w:tcPr>
          <w:p/>
        </w:tc>
        <w:tc>
          <w:tcPr>
            <w:tcW w:type="dxa" w:w="2170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Przejawy (art. 94³ § 4 KP; zaznacz)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upokarzanie, uwłaczanie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zastraszanie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zaniżanie oceny przydatności zawodowej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nieuzasadniona krytyka, poniżanie lub ośmieszanie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utrudnianie pracy: efekty, zadania, kompetencje, komunikacja, dostęp do informacji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izolowanie lub eliminowanie z zespołu, brygady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nakazywanie lub zachęcanie innych do takich zachowań (§ 6)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</w:t>
      </w: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Opis zdarzeń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381"/>
        <w:gridCol w:w="2170"/>
        <w:gridCol w:w="4340"/>
        <w:gridCol w:w="1973"/>
      </w:tblGrid>
      <w:tr>
        <w:trPr>
          <w:cantSplit/>
        </w:trPr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</w:t>
            </w:r>
          </w:p>
        </w:tc>
        <w:tc>
          <w:tcPr>
            <w:tcW w:type="dxa" w:w="217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Miejsce (budowa, biuro)</w:t>
            </w:r>
          </w:p>
        </w:tc>
        <w:tc>
          <w:tcPr>
            <w:tcW w:type="dxa" w:w="4340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Co się stało (słowa, gesty, polecenia)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Świadkowie</w:t>
            </w:r>
          </w:p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2170"/>
          </w:tcPr>
          <w:p/>
        </w:tc>
        <w:tc>
          <w:tcPr>
            <w:tcW w:type="dxa" w:w="4340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2170"/>
          </w:tcPr>
          <w:p/>
        </w:tc>
        <w:tc>
          <w:tcPr>
            <w:tcW w:type="dxa" w:w="4340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2170"/>
          </w:tcPr>
          <w:p/>
        </w:tc>
        <w:tc>
          <w:tcPr>
            <w:tcW w:type="dxa" w:w="4340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2170"/>
          </w:tcPr>
          <w:p/>
        </w:tc>
        <w:tc>
          <w:tcPr>
            <w:tcW w:type="dxa" w:w="4340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2170"/>
          </w:tcPr>
          <w:p/>
        </w:tc>
        <w:tc>
          <w:tcPr>
            <w:tcW w:type="dxa" w:w="4340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2170"/>
          </w:tcPr>
          <w:p/>
        </w:tc>
        <w:tc>
          <w:tcPr>
            <w:tcW w:type="dxa" w:w="4340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1381"/>
          </w:tcPr>
          <w:p/>
        </w:tc>
        <w:tc>
          <w:tcPr>
            <w:tcW w:type="dxa" w:w="2170"/>
          </w:tcPr>
          <w:p/>
        </w:tc>
        <w:tc>
          <w:tcPr>
            <w:tcW w:type="dxa" w:w="4340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Od kiedy zachowania trwają i jak często się powtarzają; skutki dla pracy i zdrowia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Dowody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wiadomości, e-maile, nagrania, zdjęcia: ...........................................................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grafiki, polecenia, przydziały pracy: ...........................................................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dokumentacja medyczna: ...........................................................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7. Wnioski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 wyjaśnienie sprawy w trybie regulaminu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 zmianę organizacji pracy na czas wyjaśniania (np. inna brygada osoby wskazanej)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 przeniesienie mnie do innej brygady lub na inną budowę (tylko na mój wniosek)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o wsparcie: ...........................................................</w:t>
      </w: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9865"/>
      </w:tblGrid>
      <w:tr>
        <w:trPr>
          <w:trHeight w:val="850" w:hRule="atLeast"/>
          <w:cantSplit/>
        </w:trPr>
        <w:tc>
          <w:tcPr>
            <w:tcW w:type="dxa" w:w="9865"/>
          </w:tcPr>
          <w:p/>
        </w:tc>
      </w:tr>
      <w:tr>
        <w:trPr>
          <w:cantSplit/>
        </w:trPr>
        <w:tc>
          <w:tcPr>
            <w:tcW w:type="dxa" w:w="9865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Zgłaszający (podpis)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8. Potwierdzenie przyjęcia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Przyjął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i godzina przyjęcia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Numer zgłoszenia w rejestrze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Podpis przyjmującego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Skorzystanie przez pracownika z uprawnień z tytułu naruszenia przepisów prawa pracy nie może być podstawą niekorzystnego traktowania ani powodować negatywnych konsekwencji; dotyczy to także pracownika, który udzielił wsparcia, a nie dotyczy pracownika, który wiedział, że do naruszenia nie doszło (art. 18³ᵉ KP). Zgłoszenie nie ogranicza prawa do dochodzenia roszczeń przed sądem (art. 94³ § 11 KP). Kodeks pracy nie określa formy zgłoszenia; tryb i terminy ustala regulamin pracodawcy.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Zgłoszenie Mobbingu, Dyskryminacji Lub Naruszenia Godności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