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ZGŁOSZENIE URZĄDZENIA TRANSPORTU BLISKIEGO (UTB) DO BADANIA ODBIORCZEGO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wniosek do Urzędu Dozoru Technicznego: art. 14 ustawy o dozorze technicznym, § 4, § 12–15 rozporządzenia Dz.U. 2018 poz. 2176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Oddział / Biuro UDT 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Eksploatujący (podmiot, na który ma być wydana decyzja zezwalająca na eksploatację)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 i forma prawna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PESEL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osoba fizyczna, wspólnik spółki cywilnej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i e-mail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korespondencji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inny niż siedziba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Reprezentuje eksploatującego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nazwisko; pracownik albo pełnomocnik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PESEL lub nr dowodu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osoba reprezentująca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Rodzaj badania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badanie odbiorcze przed wydaniem pierwszej decyzji zezwalającej na eksploatację (§ 12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badanie doraźne eksploatacyjne po zmianie miejsca pracy z demontażem i ponownym montażem (§ 17 ust. 2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badanie doraźne eksploatacyjne po naprawie lub modernizacji, której zakres uzgodniono z UDT (§ 11, § 17 ust. 2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zmiana eksploatującego urządzenia: oświadczenie nowego eksploatującego i informacja dla UDT (art. 15a ust. 1 ustawy)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Urządzenie i miejsce badania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i typ UTB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żuraw wieżowy, podest ruchomy, wózek z wysięgnikiem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Wytwórca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fabryczny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Rok budowy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Udźwig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ewidencyjny UDT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urządzenie jest już zarejestrowane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Forma dozoru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pełny lub ograniczony (zał. nr 1)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badania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 budowy, dojazd, osoba do kontaktu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Proponowany termin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do uzgodnienia z inspektorem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Urządzenie gotowe od dnia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Dla kilku urządzeń dołącz wykaz: rodzaj i typ, wytwórca, numer fabryczny, rok budowy, udźwig, numer ewidencyjny UDT. Dla UTB w dozorze uproszczonym decyzji zezwalającej nie wydaje się (art. 15 ust. 1 ustawy), a badań technicznych nie przeprowadza się, z wyjątkiem badań powypadkowych i poawaryjnych (§ 12 ust. 2).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Przygotowanie do badania (§ 13)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UTB jest zmontowane, sprawne technicznie i przygotowane do eksploatacji zgodnie z instrukcją eksploatacji (§ 13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zapewniono bezpieczne warunki pracy, obciążenie do badania i osprzęt do podnoszenia obciążenia (§ 13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badaniu uczestniczą obsługujący i konserwujący: imiona, nazwiska, numery zaświadczeń kwalifikacyjnych ................ (§ 13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badanie bez obsługującego lub konserwującego uzgodniono z UDT najpóźniej na jeden dzień przed terminem (§ 13 ust. 4 pkt 1)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Dokumentacja w 2 egzemplarzach (§ 4 ust.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identyfikacja i ogólny opis UTB z dopuszczalnymi konfiguracjami użytkowania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rysunek zestawieniowy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eksploatacji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schematy elektryczne, hydrauliczne i pneumatyczne, o ile mają zastosowanie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schemat układów cięgnowych w mechanizmach napędowych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uzupełniająca dla UTB montowanych w miejscu eksploatacji (pkt 6 poniżej)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prawidłowości zainstalowania w strefie zagrożonej wybuchem, o ile ma zastosowanie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Zakres dokumentacji jest podany „w szczególności” i obowiązuje, gdy wymagania oceny zgodności z odrębnych przepisów albo specyfikacje techniczne uzgodnione z UDT nie stanowią inaczej (§ 4 ust. 2). Po badaniu jeden egzemplarz trafia do księgi rewizyjnej UTB, a drugi zostaje w aktach UDT; egzemplarz dla UDT może być dostarczony w formie elektronicznej (§ 15).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Dokumentacja uzupełniająca dla UTB montowanych w miejscu eksploatacji (§ 4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szkic sytuacyjny zmontowanego UTB: odległości od otoczenia, przejścia, dojścia, elementy osłonowe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schematy zasilania UTB: osprzęt, wielkość i rodzaj zabezpieczeń, rodzaj i typ przewodów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poświadczenie prawidłowości montażu i przeprowadzonych prób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pomiarów rezystancji izolacji, uziemień roboczych i odgromowych oraz ochrony przeciwporażeniowej, zatwierdzone przez osobę z kwalifikacjami dla stanowiska dozoru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poświadczenie prawidłowości wykonania części konstrukcyjno-budowlanej obiektu związanej z UTB, np. fundamentu, o ile ma zastosowanie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Inne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pełnomocnictwo, gdy wniosek składa pełnomocnik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 rejestrowy eksploatującego (KRS albo CEIDG)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wykaz urządzeń, gdy zgłaszasz więcej niż jedno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szczegółowe warunki eksploatacji uzgodnione z UDT, gdy UTB podnosi osoby (§ 5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Szczególne warunki eksploatacji (§ 5 ust. 2): zaznacz, jeśli występują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UTB zaprojektowane do ładunków podnosi lub przenosi osoby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podnoszą dwa lub więcej UTB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eksploatacja w warunkach kolizyjnych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obsługujący nie widzi całej drogi ładunku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eksploatacja w pobliżu napowietrznych linii elektroenergetycznych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Za czynności jednostek dozoru technicznego pobierane są opłaty. Urzędowy wniosek UDT jest dostępny w portalu eUDT i jako plik na stronie udt.gov.pl; ten wzór odwzorowuje jego pola i układa załączniki według rozporządzenia.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Miejscowość,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 pieczęć eksploatującego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Po badaniu (uzupełnia eksploatujący)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Decyzja zezwalająca na eksploatację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 doręczenia (art. 14 ust. 4 i 5)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Forma dozoru z decyzji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Księga rewizyjna UTB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założona dnia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Dziennik konserwacji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założony dla tego UTB (§ 7 ust. 2)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kolejnego badania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miesiąc i rok (§ 22)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Zalecenia z protokołu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termin usunięcia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odwzorowuje pola wniosku UDT; urzędowy wniosek jest w eUDT.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Urządzenia Transportu Bliskiego (Utb) Do Badania Odbiorczego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