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ZGŁOSZENIE ZMIANY SPOSOBU UŻYTKOWANIA OBIEKTU BUDOWLANEGO LUB JEGO CZĘŚCI (PB-18)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pola według wzoru z załącznika do rozporządzenia Ministra Finansów i Gospodarki z dnia 18 lutego 2026 r. (Dz.U. 2026 poz. 243); podstawa prawna: art. 71 ust. 2 w zw. z ust. 2b ustawy z dnia 7 lipca 1994 r. – Prawo budowlane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 ADMINISTRACJI ARCHITEKTONICZNO-BUDOWLANEJ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Starosta ...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2.1. DANE INWESTORA¹⁾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2.2. DANE INWESTORA (DO KORESPONDENCJI)¹⁾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adres do korespondencji inwestora jest inny niż wskazany w pkt 2.1.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DANE PEŁNOMOCNIKA / PEŁNOMOCNIKA DO DORĘCZEŃ¹⁾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inwestor działa przez pełnomocnika.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do doręczeń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DOTYCHCZASOWY SPOSÓB UŻYTKOWANIA OBIEKTU BUDOWLANEGO LUB JEGO CZĘŚCI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budynek magazynowy, hala nr 2, parter, pow. ... m²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ZAMIERZONY SPOSÓB UŻYTKOWANIA OBIEKTU BUDOWLANEGO LUB JEGO CZĘŚCI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warsztat mechaniczny z lakiernią w części hali nr 2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DANE OBIEKTU BUDOWLANEGO LUB JEGO CZĘŚCI¹⁾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479"/>
        <w:gridCol w:w="1282"/>
        <w:gridCol w:w="1282"/>
        <w:gridCol w:w="1775"/>
        <w:gridCol w:w="887"/>
        <w:gridCol w:w="1775"/>
        <w:gridCol w:w="1381"/>
      </w:tblGrid>
      <w:tr>
        <w:trPr>
          <w:cantSplit/>
        </w:trPr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147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Identyfikator działki ewidencyjnej³⁾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INFORMACJE O ROBOTACH BUDOWLANYCH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zamierzona zmiana sposobu użytkowania obiektu budowlanego lub jego części wymaga wykonania robót budowlanych objętych obowiązkiem zgłoszenia, o którym mowa w art. 30 ust. 2 ustawy z dnia 7 lipca 1994 r. – Prawo budowlane.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Rodzaj, zakres i sposób wykonywania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Planowany termin rozpoczęcia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o posiadanym prawie do dysponowania nieruchomością na cele budowlane.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 do reprezentowania inwestora (opłacone zgodnie z ustawą z dnia 16 listopada 2006 r. o opłacie skarbowej) – jeżeli inwestor działa przez pełnomocnika.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uiszczenia opłaty skarbowej – jeżeli obowiązek uiszczenia takiej opłaty wynika z ustawy z dnia 16 listopada 2006 r. o opłacie skarbowej.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Opis i rysunek określający usytuowanie obiektu budowlanego w stosunku do granic nieruchomości i innych obiektów budowlanych istniejących lub budowanych na tej i sąsiednich nieruchomościach, z oznaczeniem części obiektu budowlanego, w której zamierza się dokonać zmiany sposobu użytkowania.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Zwięzły opis techniczny, określający rodzaj i charakterystykę obiektu budowlanego oraz jego konstrukcję, wraz z danymi techniczno-użytkowymi, w tym wielkościami i rozkładem obciążeń, a w razie potrzeby, również danymi technologicznymi.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Zaświadczenie wójta, burmistrza albo prezydenta miasta o zgodności zamierzonego sposobu użytkowania obiektu budowlanego z ustaleniami obowiązującego miejscowego planu zagospodarowania przestrzennego – w przypadku obowiązywania miejscowego planu zagospodarowania przestrzennego⁴⁾.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Decyzja o warunkach zabudowy i zagospodarowania terenu – w przypadku braku obowiązującego miejscowego planu zagospodarowania przestrzennego⁴⁾.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Ekspertyza techniczna wykonana przez osobę posiadającą uprawnienia budowlane bez ograniczeń w odpowiedniej specjalności – w przypadku zmiany sposobu użytkowania, polegającej na podjęciu bądź zaniechaniu w obiekcie budowlanym lub jego części działalności zmieniającej warunki: bezpieczeństwa pożarowego, powodziowego, pracy, zdrowotne, higieniczno-sanitarne, ochrony środowiska bądź wielkość lub układ obciążeń⁴⁾.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Ekspertyza rzeczoznawcy do spraw zabezpieczeń przeciwpożarowych – w przypadku zmiany sposobu użytkowania obiektu budowlanego lub jego części, polegającej na podjęciu lub zaniechaniu w obiekcie budowlanym lub jego części działalności zmieniającej warunki bezpieczeństwa pożarowego.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Odpowiednie szkice lub rysunki⁵⁾ – w zależności od potrzeb.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Pozwolenia, uzgodnienia, opinie i inne dokumenty wymagane przepisami prawa⁴⁾: 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PODPIS INWESTORA (PEŁNOMOCNIKA) I DATA PODPISU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Podpis powinien być czytelny. Podpis i datę podpisu umieszcza się w przypadku składania zgłoszenia w postaci papierowej.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inwestora (pełnomocnika) i data podpisu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¹⁾ W przypadku większej liczby inwestorów, pełnomocników lub nieruchomości dane kolejnych inwestorów, pełnomocników lub nieruchomości dodaje się w formularzu albo zamieszcza na osobnych stronach i dołącza do formularza.  ²⁾ W przypadku określonym w art. 147 ust. 1 ustawy z dnia 18 listopada 2020 r. o doręczeniach elektronicznych w razie braku adresu do doręczeń elektronicznych wskazuje się adres skrzynki ePUAP. Możliwość doręczania korespondencji na skrzynkę ePUAP obowiązuje do dnia określonego w tym przepisie.  ³⁾ W przypadku formularza w postaci papierowej zamiast identyfikatora działki ewidencyjnej można wskazać jednostkę ewidencyjną, obręb ewidencyjny i numer działki ewidencyjnej oraz arkusz mapy, jeżeli występuje.  ⁴⁾ Zamiast oryginału można dołączyć kopię dokumentu.  ⁵⁾ Dotyczy tylko sytuacji, jeżeli zamierzona zmiana sposobu użytkowania obiektu budowlanego lub jego części wymaga wykonania robót budowlanych objętych obowiązkiem zgłoszenia.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Kiedy organ wnosi sprzeciw? (lista pomocnicza, poza formularzem PB-18)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Zgłoszenia dokonuje się przed zmianą sposobu użytkowania. Zmiana może nastąpić, jeżeli w terminie 30 dni od dnia doręczenia zgłoszenia organ nie wniesie sprzeciwu w drodze decyzji, i nie później niż po upływie 2 lat od doręczenia zgłoszenia (art. 71 ust. 4). Organ wnosi sprzeciw, jeżeli zamierzona zmiana (art. 71 ust. 5):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wymaga wykonania robót budowlanych objętych obowiązkiem uzyskania pozwolenia na budowę (pkt 1; wtedy rozstrzygnięcie następuje w decyzji o pozwoleniu na budowę, ust. 6 pkt 1),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narusza ustalenia miejscowego planu i innych aktów prawa miejscowego albo decyzji o warunkach zabudowy (pkt 2),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może spowodować niedopuszczalne zagrożenia bezpieczeństwa ludzi lub mienia, pogorszenie stanu środowiska lub stanu zachowania zabytków, pogorszenie warunków zdrowotno-sanitarnych albo ograniczenia lub uciążliwości dla terenów sąsiednich (pkt 3).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Brakujące dokumenty organ każe uzupełnić postanowieniem, a w razie nieuzupełnienia wnosi sprzeciw (art. 71 ust. 3). Zgłoszenie dokonane po zmianie sposobu użytkowania nie wywołuje skutków prawnych (art. 71 ust. 7).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Zmiany Sposobu Użytkowania Obiektu Budowlanego Lub Jego Części (Pb-18)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