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ZGODĘ NA DALSZEGO PODWYKONAWCĘ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powierzenie części robót dalszemu podwykonawcy (art. 647¹ § 5 Kodeksu cywilnego; w zamówieniach publicznych art. 464 ust. 1 Pzp)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pisma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 (wnioskujący)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podwykonawcza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 / zamawiający, 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§ ........ umowy podwykonawczej proszę o zgodę na zawarcie umowy z dalszym podwykonawcą i powierzenie mu części robót opisanych poniżej.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Dalszy podwykonawca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NIP, KRS albo CEIDG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nr uprawnień (gdy wymagane)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Szczegółowy przedmiot robót (art. 647¹ § 1 KC)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538"/>
        <w:gridCol w:w="1381"/>
        <w:gridCol w:w="3354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 (branża, element, lokalizacja)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/ jedn.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Dokumentacja (rysunki, poz. przedmiaru)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  <w:tc>
          <w:tcPr>
            <w:tcW w:type="dxa" w:w="3354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Wynagrodzenie i terminy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dalszego podwykonawcy (zł netto)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 / kosztorys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Rozpoczęcie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wcześniej niż po terminie na sprzeciw inwestora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Zakończenie robót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 faktur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dni; w zamówieniu publicznym nie więcej niż 30 dni (art. 464 ust. 2 Pzp)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Zabezpieczenie / kaucja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% i forma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umowy z dalszym podwykonawcą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pracowników dalszego podwykonawcy oraz ich badania, szkolenia BHP i uprawnienia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polisa OC dalszego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zamówienie publiczne: projekt umowy do przedłożenia zamawiającemu razem z tą zgodą (art. 464 ust. 1 Pzp)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Oświadczenia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odpowiadam za działania i zaniechania dalszego podwykonawcy jak za własne (art. 474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przeniosę na dalszego podwykonawcę wymagania BHP i dokumentowe z umowy podwykonawczej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termin na sprzeciw w umowie z dalszym podwykonawcą nie będzie krótszy niż w umowie inwestora z generalnym wykonawcą (art. 647¹ § 1²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zgłoszenie szczegółowego przedmiotu robót inwestorowi złoży: generalny wykonawca / podwykonawca (skreśl), na piśmie, przed przystąpieniem do robót (art. 647¹ § 1, 4 i 5 KC)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Podwykonawca (podpis osoby upoważnionej)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ODPOWIEDŹ GENERALNEGO WYKONAWCY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 wniosku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Dalszy 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wyrażam zgodę na zawarcie umowy z dalszym podwykonawcą w zakresie z pkt 2 wniosku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wyrażam zgodę pod warunkami opisanymi niżej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wyrażam zgody, uzasadnienie niżej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Warunki zgody albo uzasadnienie odmowy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Zgłoszenie inwestorowi (art. 647¹ § 1, § 1¹ i § 5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Zgłoszenie złożył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/ podwykonawca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inwestorowi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na sprzeciw upływa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30 dni od doręczenia albo krótszy termin z umowy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Sprzeciw inwestora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brak / złożony dnia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Dalszy podwykonawca może przystąpić do robót od dnia ................, po przekazaniu wykazu pracowników i ich dokumentów oraz wprowadzeniu na budowę.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Zamówienie publiczne (art. 464 Pzp)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 umowy przedłożony zamawiającemu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Zastrzeżenia zamawiającego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brak / zgłoszone dnia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Kopia zawartej umowy przedłożona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 ciągu 7 dni od zawarcia (ust. 5)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Sprzeciw zamawiającego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brak / zgłoszony dnia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Generalny wykonawca (podpis osoby upoważnionej)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odbioru odpowiedzi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Odebrał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Zgłoszenie oraz sprzeciw wymagają zachowania formy pisemnej pod rygorem nieważności (art. 647¹ § 4 KC). Przepisy § 1–4 stosuje się odpowiednio do solidarnej odpowiedzialności inwestora, wykonawcy i podwykonawcy, który zawarł umowę z dalszym podwykonawcą, za zapłatę wynagrodzenia dalszemu podwykonawcy (art. 647¹ § 5 KC). Sprzeciw składa się w ciągu trzydziestu dni od dnia doręczenia inwestorowi zgłoszenia; w umowie inwestor i wykonawca mogą zastrzec krótszy termin (art. 647¹ § 1¹ KC). W zamówieniu publicznym na roboty budowlane podwykonawca lub dalszy podwykonawca dołącza do projektu umowy zgodę wykonawcy na zawarcie umowy o treści zgodnej z projektem (art. 464 ust. 1 Pzp).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Zgodę Na Dalszego Podwykonawcę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