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ZLECENIE WYKONANIA ROBÓT DODATKOWYCH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zgoda zamawiającego na roboty spoza umowy przed ich rozpoczęciem (art. 630 i art. 632 Kodeksu cywilnego)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Zlecenie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Strony i umowa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Zamawiający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inwestor albo generalny wykonawca: 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generalny wykonawca albo podwykonawca: 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 zawarcia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 wynagrodzenia w umowie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ryczałtowe / kosztorysowe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Podstawa zlecenia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protokół konieczności nr, wpis do dziennika budowy nr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Zakres robót dodatkowych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3650"/>
        <w:gridCol w:w="1973"/>
        <w:gridCol w:w="789"/>
        <w:gridCol w:w="986"/>
        <w:gridCol w:w="986"/>
        <w:gridCol w:w="986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65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Opis robót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Lokalizacja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Jedn.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Ilość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Cena jedn. netto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Wartość netto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650"/>
          </w:tcPr>
          <w:p/>
        </w:tc>
        <w:tc>
          <w:tcPr>
            <w:tcW w:type="dxa" w:w="1973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650"/>
          </w:tcPr>
          <w:p/>
        </w:tc>
        <w:tc>
          <w:tcPr>
            <w:tcW w:type="dxa" w:w="1973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650"/>
          </w:tcPr>
          <w:p/>
        </w:tc>
        <w:tc>
          <w:tcPr>
            <w:tcW w:type="dxa" w:w="1973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650"/>
          </w:tcPr>
          <w:p/>
        </w:tc>
        <w:tc>
          <w:tcPr>
            <w:tcW w:type="dxa" w:w="1973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650"/>
          </w:tcPr>
          <w:p/>
        </w:tc>
        <w:tc>
          <w:tcPr>
            <w:tcW w:type="dxa" w:w="1973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650"/>
          </w:tcPr>
          <w:p/>
        </w:tc>
        <w:tc>
          <w:tcPr>
            <w:tcW w:type="dxa" w:w="1973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Razem netto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Stawka VAT i brutto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wynagrodzenie według cen jednostkowych z kosztorysu ofertowego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wynagrodzenie według kalkulacji szczegółowej (stawka r-g, narzuty, materiały według faktur)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wynagrodzenie ryczałtowe za roboty z pkt 2: ........................ zł netto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Terminy i wpływ na umowę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rozpoczęcia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zakończenia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Wpływ na termin końcowy umowy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bez zmian / przedłużenie o .... dni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Aneks do umowy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wymagany / nie wymagany według umowy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Podwykonawca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roboty wykona wykonawca własnymi siłami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roboty wykona podwykonawca: ........................ (wymaga zgłoszenia inwestorowi na piśmie przed przystąpieniem, art. 647¹ § 1 i § 4 KC)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Oświadczenie zamawiającego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Zamawiający zleca wykonanie robót opisanych w pkt 2 i akceptuje ich wycenę. Roboty zostaną odebrane i rozliczone na zasadach z umowy, chyba że w zleceniu ustalono inaczej.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Zamawiający (osoba upoważniona do zmian umowy)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Wykonawca (przyjęcie zlecenia)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Przy wynagrodzeniu kosztorysowym wykonawca może żądać podwyższenia wynagrodzenia za prace nieprzewidziane w zestawieniu, ale nie może tego żądać, jeżeli wykonał prace dodatkowe bez zgody zamawiającego (art. 630 § 1 i § 2 KC). Przy ryczałcie podwyższenia nie można żądać, nawet jeśli rozmiaru lub kosztów prac nie dało się przewidzieć (art. 632 § 1 KC); roboty spoza przedmiotu umowy wymagają osobnego uzgodnienia. Gwarancji zapłaty można żądać także do wysokości robót dodatkowych zaakceptowanych na piśmie przez inwestora (art. 649³ § 1 KC).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Zlecenie Wykonania Robót Dodatkowych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